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49278" w14:textId="7FC07D91" w:rsidR="005E3B13" w:rsidRDefault="3435D6D0">
      <w:pPr>
        <w:pStyle w:val="Title"/>
      </w:pPr>
      <w:r>
        <w:t xml:space="preserve">     </w:t>
      </w:r>
      <w:r w:rsidR="4273ABB4">
        <w:t xml:space="preserve">   </w:t>
      </w:r>
      <w:r w:rsidR="686D9608">
        <w:t xml:space="preserve"> </w:t>
      </w:r>
      <w:r w:rsidR="686D9608" w:rsidRPr="417B1CC7">
        <w:rPr>
          <w:b/>
          <w:bCs/>
        </w:rPr>
        <w:t xml:space="preserve">Inclusion </w:t>
      </w:r>
      <w:r w:rsidR="04D26911" w:rsidRPr="417B1CC7">
        <w:rPr>
          <w:b/>
          <w:bCs/>
        </w:rPr>
        <w:t xml:space="preserve">Service </w:t>
      </w:r>
      <w:r w:rsidR="686D9608" w:rsidRPr="417B1CC7">
        <w:rPr>
          <w:b/>
          <w:bCs/>
        </w:rPr>
        <w:t>Directory</w:t>
      </w:r>
      <w:r w:rsidR="4EA3FC1C" w:rsidRPr="417B1CC7">
        <w:rPr>
          <w:b/>
          <w:bCs/>
        </w:rPr>
        <w:t xml:space="preserve">  </w:t>
      </w:r>
      <w:r w:rsidR="4EA3FC1C">
        <w:t xml:space="preserve"> </w:t>
      </w:r>
    </w:p>
    <w:tbl>
      <w:tblPr>
        <w:tblStyle w:val="TableGridLight"/>
        <w:tblW w:w="9190" w:type="dxa"/>
        <w:tblLook w:val="04A0" w:firstRow="1" w:lastRow="0" w:firstColumn="1" w:lastColumn="0" w:noHBand="0" w:noVBand="1"/>
      </w:tblPr>
      <w:tblGrid>
        <w:gridCol w:w="2172"/>
        <w:gridCol w:w="2698"/>
        <w:gridCol w:w="4320"/>
      </w:tblGrid>
      <w:tr w:rsidR="005E3B13" w14:paraId="235D4073" w14:textId="77777777" w:rsidTr="417B1CC7">
        <w:tc>
          <w:tcPr>
            <w:tcW w:w="2172" w:type="dxa"/>
          </w:tcPr>
          <w:p w14:paraId="0D909AE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Name</w:t>
            </w:r>
          </w:p>
        </w:tc>
        <w:tc>
          <w:tcPr>
            <w:tcW w:w="2698" w:type="dxa"/>
          </w:tcPr>
          <w:p w14:paraId="7810568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Role</w:t>
            </w:r>
          </w:p>
        </w:tc>
        <w:tc>
          <w:tcPr>
            <w:tcW w:w="4320" w:type="dxa"/>
          </w:tcPr>
          <w:p w14:paraId="17007143" w14:textId="77777777" w:rsidR="005E3B13" w:rsidRDefault="000835A1">
            <w:r>
              <w:t>E-mail Contact Address</w:t>
            </w:r>
          </w:p>
        </w:tc>
      </w:tr>
      <w:tr w:rsidR="005E3B13" w14:paraId="3DAAA495" w14:textId="77777777" w:rsidTr="417B1CC7">
        <w:tc>
          <w:tcPr>
            <w:tcW w:w="2172" w:type="dxa"/>
          </w:tcPr>
          <w:p w14:paraId="0773E384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Amanda Fielding</w:t>
            </w:r>
          </w:p>
        </w:tc>
        <w:tc>
          <w:tcPr>
            <w:tcW w:w="2698" w:type="dxa"/>
          </w:tcPr>
          <w:p w14:paraId="377E3590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Assistant Director Education and Inclusion</w:t>
            </w:r>
          </w:p>
        </w:tc>
        <w:tc>
          <w:tcPr>
            <w:tcW w:w="4320" w:type="dxa"/>
          </w:tcPr>
          <w:p w14:paraId="709D8B98" w14:textId="625B04D3" w:rsidR="005E3B13" w:rsidRDefault="775DA6D6">
            <w:hyperlink r:id="rId11">
              <w:r w:rsidRPr="686D9608">
                <w:rPr>
                  <w:rStyle w:val="Hyperlink"/>
                </w:rPr>
                <w:t>Amanda.</w:t>
              </w:r>
              <w:r w:rsidR="330A811E" w:rsidRPr="686D9608">
                <w:rPr>
                  <w:rStyle w:val="Hyperlink"/>
                </w:rPr>
                <w:t>F</w:t>
              </w:r>
              <w:r w:rsidRPr="686D9608">
                <w:rPr>
                  <w:rStyle w:val="Hyperlink"/>
                </w:rPr>
                <w:t>ielding@northyorks.gov.uk</w:t>
              </w:r>
            </w:hyperlink>
            <w:r>
              <w:t xml:space="preserve"> </w:t>
            </w:r>
          </w:p>
          <w:p w14:paraId="672A6659" w14:textId="3E3B2F6F" w:rsidR="005E3B13" w:rsidRDefault="005E3B13"/>
        </w:tc>
      </w:tr>
      <w:tr w:rsidR="00005CE1" w14:paraId="14F0C020" w14:textId="77777777" w:rsidTr="417B1CC7">
        <w:tc>
          <w:tcPr>
            <w:tcW w:w="2172" w:type="dxa"/>
          </w:tcPr>
          <w:p w14:paraId="6F831BC6" w14:textId="5D68D5BE" w:rsidR="00005CE1" w:rsidRPr="686D9608" w:rsidRDefault="00005CE1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Louise Wilson</w:t>
            </w:r>
          </w:p>
        </w:tc>
        <w:tc>
          <w:tcPr>
            <w:tcW w:w="2698" w:type="dxa"/>
          </w:tcPr>
          <w:p w14:paraId="13CD6DA6" w14:textId="4DFFCCDD" w:rsidR="00005CE1" w:rsidRPr="686D9608" w:rsidRDefault="00005CE1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>
              <w:rPr>
                <w:rFonts w:ascii="Arial Nova" w:eastAsia="Arial Nova" w:hAnsi="Arial Nova" w:cs="Arial Nova"/>
                <w:b/>
                <w:bCs/>
              </w:rPr>
              <w:t xml:space="preserve">Interim </w:t>
            </w:r>
            <w:r w:rsidRPr="686D9608">
              <w:rPr>
                <w:rFonts w:ascii="Arial Nova" w:eastAsia="Arial Nova" w:hAnsi="Arial Nova" w:cs="Arial Nova"/>
                <w:b/>
                <w:bCs/>
              </w:rPr>
              <w:t>Assistant Director Education and Inclusion</w:t>
            </w:r>
          </w:p>
        </w:tc>
        <w:tc>
          <w:tcPr>
            <w:tcW w:w="4320" w:type="dxa"/>
          </w:tcPr>
          <w:p w14:paraId="4AF43060" w14:textId="1D689119" w:rsidR="00005CE1" w:rsidRDefault="00005CE1">
            <w:hyperlink r:id="rId12">
              <w:r w:rsidRPr="00933314">
                <w:rPr>
                  <w:rStyle w:val="Hyperlink"/>
                </w:rPr>
                <w:t>Louise.Wilson@northyorks.gov.uk</w:t>
              </w:r>
            </w:hyperlink>
          </w:p>
        </w:tc>
      </w:tr>
      <w:tr w:rsidR="686D9608" w14:paraId="2EECC95B" w14:textId="77777777" w:rsidTr="417B1CC7">
        <w:trPr>
          <w:trHeight w:val="300"/>
        </w:trPr>
        <w:tc>
          <w:tcPr>
            <w:tcW w:w="9190" w:type="dxa"/>
            <w:gridSpan w:val="3"/>
          </w:tcPr>
          <w:p w14:paraId="039A8D71" w14:textId="01AACDA4" w:rsidR="686D9608" w:rsidRPr="00933314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7AC4DAFD" w14:textId="307A834D" w:rsidR="7260D987" w:rsidRPr="00933314" w:rsidRDefault="7260D987" w:rsidP="686D9608">
            <w:pPr>
              <w:rPr>
                <w:rFonts w:ascii="Arial Nova" w:eastAsia="Arial Nova" w:hAnsi="Arial Nova" w:cs="Arial Nova"/>
                <w:b/>
                <w:bCs/>
                <w:sz w:val="28"/>
                <w:szCs w:val="28"/>
              </w:rPr>
            </w:pPr>
            <w:r w:rsidRPr="00933314">
              <w:rPr>
                <w:rFonts w:ascii="Arial Nova" w:eastAsia="Arial Nova" w:hAnsi="Arial Nova" w:cs="Arial Nova"/>
                <w:b/>
                <w:bCs/>
              </w:rPr>
              <w:t>School Improvement</w:t>
            </w:r>
            <w:r w:rsidR="4D54D737" w:rsidRPr="00933314">
              <w:rPr>
                <w:rFonts w:ascii="Arial Nova" w:eastAsia="Arial Nova" w:hAnsi="Arial Nova" w:cs="Arial Nova"/>
                <w:b/>
                <w:bCs/>
              </w:rPr>
              <w:t xml:space="preserve"> Team</w:t>
            </w:r>
            <w:r w:rsidR="001C4A3C" w:rsidRPr="00933314">
              <w:rPr>
                <w:rFonts w:ascii="Arial Nova" w:eastAsia="Arial Nova" w:hAnsi="Arial Nova" w:cs="Arial Nova"/>
                <w:b/>
                <w:bCs/>
              </w:rPr>
              <w:t xml:space="preserve"> -</w:t>
            </w:r>
            <w:r w:rsidR="4D54D737" w:rsidRPr="00933314">
              <w:rPr>
                <w:rFonts w:ascii="Arial Nova" w:eastAsia="Arial Nova" w:hAnsi="Arial Nova" w:cs="Arial Nova"/>
                <w:b/>
                <w:bCs/>
              </w:rPr>
              <w:t xml:space="preserve"> Leads</w:t>
            </w:r>
          </w:p>
        </w:tc>
      </w:tr>
      <w:tr w:rsidR="005E3B13" w14:paraId="2DD3853D" w14:textId="77777777" w:rsidTr="417B1CC7">
        <w:tc>
          <w:tcPr>
            <w:tcW w:w="2172" w:type="dxa"/>
          </w:tcPr>
          <w:p w14:paraId="4200C39D" w14:textId="6C6DE580" w:rsidR="005E3B13" w:rsidRDefault="00005CE1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</w:rPr>
              <w:t>Julie Pattison</w:t>
            </w:r>
          </w:p>
        </w:tc>
        <w:tc>
          <w:tcPr>
            <w:tcW w:w="2698" w:type="dxa"/>
          </w:tcPr>
          <w:p w14:paraId="6E465101" w14:textId="5CF09DC0" w:rsidR="005E3B13" w:rsidRDefault="00005CE1" w:rsidP="00933314">
            <w:pPr>
              <w:rPr>
                <w:rFonts w:ascii="Arial Nova" w:eastAsia="Arial Nova" w:hAnsi="Arial Nova" w:cs="Arial Nova"/>
                <w:b/>
                <w:bCs/>
              </w:rPr>
            </w:pPr>
            <w:r>
              <w:rPr>
                <w:rFonts w:ascii="Arial Nova" w:eastAsia="Arial Nova" w:hAnsi="Arial Nova" w:cs="Arial Nova"/>
                <w:b/>
                <w:bCs/>
              </w:rPr>
              <w:t xml:space="preserve">Interim </w:t>
            </w:r>
            <w:r w:rsidR="686D9608" w:rsidRPr="686D9608">
              <w:rPr>
                <w:rFonts w:ascii="Arial Nova" w:eastAsia="Arial Nova" w:hAnsi="Arial Nova" w:cs="Arial Nova"/>
                <w:b/>
                <w:bCs/>
              </w:rPr>
              <w:t>Head of Education Standards</w:t>
            </w:r>
          </w:p>
        </w:tc>
        <w:tc>
          <w:tcPr>
            <w:tcW w:w="4320" w:type="dxa"/>
          </w:tcPr>
          <w:p w14:paraId="0A37501D" w14:textId="2001DABB" w:rsidR="005E3B13" w:rsidRPr="00933314" w:rsidRDefault="00005CE1" w:rsidP="686D9608">
            <w:hyperlink r:id="rId13">
              <w:r w:rsidRPr="686D9608">
                <w:rPr>
                  <w:rStyle w:val="Hyperlink"/>
                </w:rPr>
                <w:t>Julie.Pattison@northyorks.gov.uk</w:t>
              </w:r>
            </w:hyperlink>
          </w:p>
        </w:tc>
      </w:tr>
      <w:tr w:rsidR="005E3B13" w14:paraId="758966A0" w14:textId="77777777" w:rsidTr="417B1CC7">
        <w:tc>
          <w:tcPr>
            <w:tcW w:w="2172" w:type="dxa"/>
          </w:tcPr>
          <w:p w14:paraId="5A9CBB55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Jon Norden</w:t>
            </w:r>
          </w:p>
        </w:tc>
        <w:tc>
          <w:tcPr>
            <w:tcW w:w="2698" w:type="dxa"/>
          </w:tcPr>
          <w:p w14:paraId="3FC393B7" w14:textId="77777777" w:rsidR="005E3B13" w:rsidRDefault="686D9608" w:rsidP="00933314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Principal Adviser Monitoring</w:t>
            </w:r>
          </w:p>
        </w:tc>
        <w:tc>
          <w:tcPr>
            <w:tcW w:w="4320" w:type="dxa"/>
          </w:tcPr>
          <w:p w14:paraId="5DAB6C7B" w14:textId="11FF3A44" w:rsidR="005E3B13" w:rsidRDefault="0BBB7F15">
            <w:hyperlink r:id="rId14">
              <w:r w:rsidRPr="686D9608">
                <w:rPr>
                  <w:rStyle w:val="Hyperlink"/>
                </w:rPr>
                <w:t>Jonathan.Norden@northyorks.gov.uk</w:t>
              </w:r>
            </w:hyperlink>
            <w:r>
              <w:t xml:space="preserve"> </w:t>
            </w:r>
          </w:p>
        </w:tc>
      </w:tr>
      <w:tr w:rsidR="005E3B13" w14:paraId="73F6C070" w14:textId="77777777" w:rsidTr="417B1CC7">
        <w:tc>
          <w:tcPr>
            <w:tcW w:w="2172" w:type="dxa"/>
          </w:tcPr>
          <w:p w14:paraId="353DEB84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Karen Butler</w:t>
            </w:r>
          </w:p>
        </w:tc>
        <w:tc>
          <w:tcPr>
            <w:tcW w:w="2698" w:type="dxa"/>
          </w:tcPr>
          <w:p w14:paraId="6873BBD5" w14:textId="77777777" w:rsidR="005E3B13" w:rsidRDefault="686D9608" w:rsidP="00933314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Principal Adviser Monitoring</w:t>
            </w:r>
          </w:p>
        </w:tc>
        <w:tc>
          <w:tcPr>
            <w:tcW w:w="4320" w:type="dxa"/>
          </w:tcPr>
          <w:p w14:paraId="6A05A809" w14:textId="0958CEB2" w:rsidR="005E3B13" w:rsidRDefault="778AC981">
            <w:hyperlink r:id="rId15">
              <w:r w:rsidRPr="686D9608">
                <w:rPr>
                  <w:rStyle w:val="Hyperlink"/>
                </w:rPr>
                <w:t>Karen.Butler@northyorks.gov.uk</w:t>
              </w:r>
            </w:hyperlink>
            <w:r>
              <w:t xml:space="preserve"> </w:t>
            </w:r>
          </w:p>
        </w:tc>
      </w:tr>
      <w:tr w:rsidR="005E3B13" w14:paraId="26CE1B83" w14:textId="77777777" w:rsidTr="417B1CC7">
        <w:tc>
          <w:tcPr>
            <w:tcW w:w="2172" w:type="dxa"/>
          </w:tcPr>
          <w:p w14:paraId="787D8CB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Olivia Kelly</w:t>
            </w:r>
          </w:p>
        </w:tc>
        <w:tc>
          <w:tcPr>
            <w:tcW w:w="2698" w:type="dxa"/>
          </w:tcPr>
          <w:p w14:paraId="4B6FFA3F" w14:textId="77777777" w:rsidR="005E3B13" w:rsidRDefault="686D9608" w:rsidP="00933314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Senior Education Advisor - SEND</w:t>
            </w:r>
          </w:p>
        </w:tc>
        <w:tc>
          <w:tcPr>
            <w:tcW w:w="4320" w:type="dxa"/>
          </w:tcPr>
          <w:p w14:paraId="5A39BBE3" w14:textId="5C6A1EA0" w:rsidR="005E3B13" w:rsidRDefault="61A7D978">
            <w:hyperlink r:id="rId16">
              <w:r w:rsidRPr="686D9608">
                <w:rPr>
                  <w:rStyle w:val="Hyperlink"/>
                </w:rPr>
                <w:t>Olivia.Kelly@northyorks.gov.uk</w:t>
              </w:r>
            </w:hyperlink>
            <w:r>
              <w:t xml:space="preserve"> </w:t>
            </w:r>
          </w:p>
        </w:tc>
      </w:tr>
      <w:tr w:rsidR="686D9608" w14:paraId="2777F74F" w14:textId="77777777" w:rsidTr="417B1CC7">
        <w:trPr>
          <w:trHeight w:val="300"/>
        </w:trPr>
        <w:tc>
          <w:tcPr>
            <w:tcW w:w="9190" w:type="dxa"/>
            <w:gridSpan w:val="3"/>
          </w:tcPr>
          <w:p w14:paraId="2B937D7C" w14:textId="1D60A0A1" w:rsidR="686D9608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233AEB4F" w14:textId="2D055643" w:rsidR="3D4944A6" w:rsidRDefault="3D4944A6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 xml:space="preserve">Inclusion Hub </w:t>
            </w:r>
            <w:r w:rsidR="00933314" w:rsidRPr="686D9608">
              <w:rPr>
                <w:rFonts w:ascii="Arial Nova" w:eastAsia="Arial Nova" w:hAnsi="Arial Nova" w:cs="Arial Nova"/>
                <w:b/>
                <w:bCs/>
              </w:rPr>
              <w:t xml:space="preserve">Teams </w:t>
            </w:r>
            <w:r w:rsidR="00933314">
              <w:rPr>
                <w:rFonts w:ascii="Arial Nova" w:eastAsia="Arial Nova" w:hAnsi="Arial Nova" w:cs="Arial Nova"/>
                <w:b/>
                <w:bCs/>
              </w:rPr>
              <w:t>-</w:t>
            </w:r>
            <w:r w:rsidR="001C4A3C">
              <w:rPr>
                <w:rFonts w:ascii="Arial Nova" w:eastAsia="Arial Nova" w:hAnsi="Arial Nova" w:cs="Arial Nova"/>
                <w:b/>
                <w:bCs/>
              </w:rPr>
              <w:t xml:space="preserve"> </w:t>
            </w:r>
            <w:r w:rsidR="6697D5E1" w:rsidRPr="686D9608">
              <w:rPr>
                <w:rFonts w:ascii="Arial Nova" w:eastAsia="Arial Nova" w:hAnsi="Arial Nova" w:cs="Arial Nova"/>
                <w:b/>
                <w:bCs/>
              </w:rPr>
              <w:t>Leads.</w:t>
            </w:r>
          </w:p>
        </w:tc>
      </w:tr>
      <w:tr w:rsidR="005E3B13" w14:paraId="38B7EA4C" w14:textId="77777777" w:rsidTr="417B1CC7">
        <w:tc>
          <w:tcPr>
            <w:tcW w:w="2172" w:type="dxa"/>
          </w:tcPr>
          <w:p w14:paraId="4674AC5D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Carol-ann Howe</w:t>
            </w:r>
          </w:p>
        </w:tc>
        <w:tc>
          <w:tcPr>
            <w:tcW w:w="2698" w:type="dxa"/>
          </w:tcPr>
          <w:p w14:paraId="7B0CB4C8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Head of Inclusion Support</w:t>
            </w:r>
          </w:p>
        </w:tc>
        <w:tc>
          <w:tcPr>
            <w:tcW w:w="4320" w:type="dxa"/>
          </w:tcPr>
          <w:p w14:paraId="41C8F396" w14:textId="000F1742" w:rsidR="005E3B13" w:rsidRDefault="32C8FD97">
            <w:hyperlink r:id="rId17">
              <w:r w:rsidRPr="686D9608">
                <w:rPr>
                  <w:rStyle w:val="Hyperlink"/>
                </w:rPr>
                <w:t>CarolAnn.Howe@northyorks.gov.uk</w:t>
              </w:r>
            </w:hyperlink>
            <w:r>
              <w:t xml:space="preserve"> </w:t>
            </w:r>
          </w:p>
        </w:tc>
      </w:tr>
      <w:tr w:rsidR="005E3B13" w14:paraId="6A7CA5E5" w14:textId="77777777" w:rsidTr="417B1CC7">
        <w:tc>
          <w:tcPr>
            <w:tcW w:w="2172" w:type="dxa"/>
          </w:tcPr>
          <w:p w14:paraId="0708F16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Amanda Morphet</w:t>
            </w:r>
          </w:p>
        </w:tc>
        <w:tc>
          <w:tcPr>
            <w:tcW w:w="2698" w:type="dxa"/>
          </w:tcPr>
          <w:p w14:paraId="6BDF0CF1" w14:textId="5F014B4C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 xml:space="preserve">Lead for </w:t>
            </w:r>
            <w:r w:rsidR="00933314" w:rsidRPr="6A8E889B">
              <w:rPr>
                <w:rFonts w:ascii="Arial Nova" w:eastAsia="Arial Nova" w:hAnsi="Arial Nova" w:cs="Arial Nova"/>
              </w:rPr>
              <w:t>Social, Emotional</w:t>
            </w:r>
            <w:r w:rsidRPr="6A8E889B">
              <w:rPr>
                <w:rFonts w:ascii="Arial Nova" w:eastAsia="Arial Nova" w:hAnsi="Arial Nova" w:cs="Arial Nova"/>
              </w:rPr>
              <w:t xml:space="preserve"> and Mental Health</w:t>
            </w:r>
          </w:p>
        </w:tc>
        <w:tc>
          <w:tcPr>
            <w:tcW w:w="4320" w:type="dxa"/>
          </w:tcPr>
          <w:p w14:paraId="72A3D3EC" w14:textId="2B1FA655" w:rsidR="005E3B13" w:rsidRDefault="37AAE0FB">
            <w:hyperlink r:id="rId18" w:history="1">
              <w:r w:rsidRPr="686D9608">
                <w:rPr>
                  <w:rStyle w:val="Hyperlink"/>
                </w:rPr>
                <w:t>Amanda.Morphet@northyorks.gov,uk</w:t>
              </w:r>
            </w:hyperlink>
          </w:p>
        </w:tc>
      </w:tr>
      <w:tr w:rsidR="005E3B13" w14:paraId="2D62E5D8" w14:textId="77777777" w:rsidTr="417B1CC7">
        <w:trPr>
          <w:trHeight w:val="1020"/>
        </w:trPr>
        <w:tc>
          <w:tcPr>
            <w:tcW w:w="2172" w:type="dxa"/>
          </w:tcPr>
          <w:p w14:paraId="29CD7F6C" w14:textId="00E724D4" w:rsidR="005E3B13" w:rsidRDefault="686D9608" w:rsidP="686D9608">
            <w:r w:rsidRPr="417B1CC7">
              <w:rPr>
                <w:rFonts w:ascii="Arial Nova" w:eastAsia="Arial Nova" w:hAnsi="Arial Nova" w:cs="Arial Nova"/>
              </w:rPr>
              <w:t>Amy Crisp</w:t>
            </w:r>
          </w:p>
        </w:tc>
        <w:tc>
          <w:tcPr>
            <w:tcW w:w="2698" w:type="dxa"/>
          </w:tcPr>
          <w:p w14:paraId="741FA651" w14:textId="6367245D" w:rsidR="005E3B13" w:rsidRDefault="686D9608" w:rsidP="686D9608">
            <w:r w:rsidRPr="417B1CC7">
              <w:rPr>
                <w:rFonts w:ascii="Arial Nova" w:eastAsia="Arial Nova" w:hAnsi="Arial Nova" w:cs="Arial Nova"/>
              </w:rPr>
              <w:t>Lead for Communication, Learning and Autism</w:t>
            </w:r>
          </w:p>
        </w:tc>
        <w:tc>
          <w:tcPr>
            <w:tcW w:w="4320" w:type="dxa"/>
          </w:tcPr>
          <w:p w14:paraId="6E748E48" w14:textId="444495B4" w:rsidR="005E3B13" w:rsidRDefault="6A8E889B" w:rsidP="686D9608">
            <w:hyperlink r:id="rId19">
              <w:r w:rsidRPr="6A8E889B">
                <w:rPr>
                  <w:rStyle w:val="Hyperlink"/>
                </w:rPr>
                <w:t>Amy.Crisp@northyorks.gov.uk</w:t>
              </w:r>
            </w:hyperlink>
          </w:p>
          <w:p w14:paraId="0D0B940D" w14:textId="3764C116" w:rsidR="005E3B13" w:rsidRDefault="005E3B13"/>
        </w:tc>
      </w:tr>
      <w:tr w:rsidR="005E3B13" w14:paraId="5C341E13" w14:textId="77777777" w:rsidTr="417B1CC7">
        <w:tc>
          <w:tcPr>
            <w:tcW w:w="2172" w:type="dxa"/>
          </w:tcPr>
          <w:p w14:paraId="6DAE364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Lynne Kilford</w:t>
            </w:r>
          </w:p>
        </w:tc>
        <w:tc>
          <w:tcPr>
            <w:tcW w:w="2698" w:type="dxa"/>
          </w:tcPr>
          <w:p w14:paraId="4CEFFE52" w14:textId="540EBE42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 xml:space="preserve">Lead for Early </w:t>
            </w:r>
            <w:r w:rsidR="6F9B1807" w:rsidRPr="68634F86">
              <w:rPr>
                <w:rFonts w:ascii="Arial Nova" w:eastAsia="Arial Nova" w:hAnsi="Arial Nova" w:cs="Arial Nova"/>
              </w:rPr>
              <w:t>Development</w:t>
            </w:r>
          </w:p>
        </w:tc>
        <w:tc>
          <w:tcPr>
            <w:tcW w:w="4320" w:type="dxa"/>
          </w:tcPr>
          <w:p w14:paraId="0E27B00A" w14:textId="7609882E" w:rsidR="005E3B13" w:rsidRDefault="2DDB7DAC">
            <w:hyperlink r:id="rId20">
              <w:r w:rsidRPr="686D9608">
                <w:rPr>
                  <w:rStyle w:val="Hyperlink"/>
                </w:rPr>
                <w:t>Lynne.Kilford@northyorks.gov.uk</w:t>
              </w:r>
            </w:hyperlink>
          </w:p>
        </w:tc>
      </w:tr>
      <w:tr w:rsidR="005E3B13" w14:paraId="29A6B1CA" w14:textId="77777777" w:rsidTr="417B1CC7">
        <w:tc>
          <w:tcPr>
            <w:tcW w:w="2172" w:type="dxa"/>
          </w:tcPr>
          <w:p w14:paraId="6BBC3D18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Kerry Chapman</w:t>
            </w:r>
          </w:p>
        </w:tc>
        <w:tc>
          <w:tcPr>
            <w:tcW w:w="2698" w:type="dxa"/>
          </w:tcPr>
          <w:p w14:paraId="2E4C132E" w14:textId="0B25BC1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Locality Inclusion Lead</w:t>
            </w:r>
            <w:r w:rsidR="58FA9A18" w:rsidRPr="686D9608">
              <w:rPr>
                <w:rFonts w:ascii="Arial Nova" w:eastAsia="Arial Nova" w:hAnsi="Arial Nova" w:cs="Arial Nova"/>
              </w:rPr>
              <w:t xml:space="preserve"> -</w:t>
            </w:r>
            <w:r w:rsidR="556CF4B7" w:rsidRPr="68634F86">
              <w:rPr>
                <w:rFonts w:ascii="Arial Nova" w:eastAsia="Arial Nova" w:hAnsi="Arial Nova" w:cs="Arial Nova"/>
              </w:rPr>
              <w:t xml:space="preserve"> </w:t>
            </w:r>
            <w:r w:rsidR="58FA9A18" w:rsidRPr="686D9608">
              <w:rPr>
                <w:rFonts w:ascii="Arial Nova" w:eastAsia="Arial Nova" w:hAnsi="Arial Nova" w:cs="Arial Nova"/>
              </w:rPr>
              <w:t>Selby</w:t>
            </w:r>
          </w:p>
        </w:tc>
        <w:tc>
          <w:tcPr>
            <w:tcW w:w="4320" w:type="dxa"/>
          </w:tcPr>
          <w:p w14:paraId="60061E4C" w14:textId="441B8BBF" w:rsidR="005E3B13" w:rsidRDefault="1D316DC0">
            <w:hyperlink r:id="rId21">
              <w:r w:rsidRPr="686D9608">
                <w:rPr>
                  <w:rStyle w:val="Hyperlink"/>
                </w:rPr>
                <w:t>Kerry.Chapman</w:t>
              </w:r>
              <w:r w:rsidR="738F1E93" w:rsidRPr="686D9608">
                <w:rPr>
                  <w:rStyle w:val="Hyperlink"/>
                </w:rPr>
                <w:t>@no</w:t>
              </w:r>
              <w:r w:rsidRPr="686D9608">
                <w:rPr>
                  <w:rStyle w:val="Hyperlink"/>
                </w:rPr>
                <w:t>rthyorks.gov.uk</w:t>
              </w:r>
            </w:hyperlink>
          </w:p>
        </w:tc>
      </w:tr>
      <w:tr w:rsidR="005E3B13" w14:paraId="47F26389" w14:textId="77777777" w:rsidTr="417B1CC7">
        <w:tc>
          <w:tcPr>
            <w:tcW w:w="2172" w:type="dxa"/>
          </w:tcPr>
          <w:p w14:paraId="4E9380FC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Rachel Comerford</w:t>
            </w:r>
          </w:p>
        </w:tc>
        <w:tc>
          <w:tcPr>
            <w:tcW w:w="2698" w:type="dxa"/>
          </w:tcPr>
          <w:p w14:paraId="379BAA9C" w14:textId="20C8EFAF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Interim Locality Inclusion Lead</w:t>
            </w:r>
            <w:r w:rsidR="5BC718CF" w:rsidRPr="686D9608">
              <w:rPr>
                <w:rFonts w:ascii="Arial Nova" w:eastAsia="Arial Nova" w:hAnsi="Arial Nova" w:cs="Arial Nova"/>
              </w:rPr>
              <w:t xml:space="preserve"> -SWR</w:t>
            </w:r>
          </w:p>
        </w:tc>
        <w:tc>
          <w:tcPr>
            <w:tcW w:w="4320" w:type="dxa"/>
          </w:tcPr>
          <w:p w14:paraId="44EAFD9C" w14:textId="079CEF59" w:rsidR="005E3B13" w:rsidRDefault="42DCDC56">
            <w:hyperlink r:id="rId22">
              <w:r w:rsidRPr="686D9608">
                <w:rPr>
                  <w:rStyle w:val="Hyperlink"/>
                </w:rPr>
                <w:t>Rachel.Comerford@northyorks.gov.uk</w:t>
              </w:r>
            </w:hyperlink>
          </w:p>
        </w:tc>
      </w:tr>
      <w:tr w:rsidR="005E3B13" w14:paraId="55185B56" w14:textId="77777777" w:rsidTr="417B1CC7">
        <w:tc>
          <w:tcPr>
            <w:tcW w:w="2172" w:type="dxa"/>
          </w:tcPr>
          <w:p w14:paraId="32C13E6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Amanda Millgate</w:t>
            </w:r>
          </w:p>
        </w:tc>
        <w:tc>
          <w:tcPr>
            <w:tcW w:w="2698" w:type="dxa"/>
          </w:tcPr>
          <w:p w14:paraId="49A95325" w14:textId="6C963FA5" w:rsidR="005E3B13" w:rsidRDefault="686D9608" w:rsidP="686D9608">
            <w:r w:rsidRPr="686D9608">
              <w:rPr>
                <w:rFonts w:ascii="Arial Nova" w:eastAsia="Arial Nova" w:hAnsi="Arial Nova" w:cs="Arial Nova"/>
              </w:rPr>
              <w:t>Locality Inclusion Lead</w:t>
            </w:r>
            <w:r w:rsidR="3F1E0215" w:rsidRPr="686D9608">
              <w:rPr>
                <w:rFonts w:ascii="Arial Nova" w:eastAsia="Arial Nova" w:hAnsi="Arial Nova" w:cs="Arial Nova"/>
              </w:rPr>
              <w:t xml:space="preserve"> </w:t>
            </w:r>
            <w:r w:rsidR="274237B1" w:rsidRPr="6BFFB867">
              <w:rPr>
                <w:rFonts w:ascii="Arial Nova" w:eastAsia="Arial Nova" w:hAnsi="Arial Nova" w:cs="Arial Nova"/>
              </w:rPr>
              <w:t xml:space="preserve">– </w:t>
            </w:r>
            <w:r w:rsidR="3F1E0215" w:rsidRPr="6BFFB867">
              <w:rPr>
                <w:rFonts w:ascii="Arial Nova" w:eastAsia="Arial Nova" w:hAnsi="Arial Nova" w:cs="Arial Nova"/>
              </w:rPr>
              <w:t>H</w:t>
            </w:r>
            <w:r w:rsidR="75544207" w:rsidRPr="6BFFB867">
              <w:rPr>
                <w:rFonts w:ascii="Arial Nova" w:eastAsia="Arial Nova" w:hAnsi="Arial Nova" w:cs="Arial Nova"/>
              </w:rPr>
              <w:t>arrogate,</w:t>
            </w:r>
            <w:r w:rsidR="274237B1" w:rsidRPr="6BFFB867">
              <w:rPr>
                <w:rFonts w:ascii="Arial Nova" w:eastAsia="Arial Nova" w:hAnsi="Arial Nova" w:cs="Arial Nova"/>
              </w:rPr>
              <w:t xml:space="preserve"> </w:t>
            </w:r>
            <w:r w:rsidR="3F1E0215" w:rsidRPr="6BFFB867">
              <w:rPr>
                <w:rFonts w:ascii="Arial Nova" w:eastAsia="Arial Nova" w:hAnsi="Arial Nova" w:cs="Arial Nova"/>
              </w:rPr>
              <w:t>R</w:t>
            </w:r>
            <w:r w:rsidR="01DA4B22" w:rsidRPr="6BFFB867">
              <w:rPr>
                <w:rFonts w:ascii="Arial Nova" w:eastAsia="Arial Nova" w:hAnsi="Arial Nova" w:cs="Arial Nova"/>
              </w:rPr>
              <w:t xml:space="preserve">ipon, </w:t>
            </w:r>
          </w:p>
          <w:p w14:paraId="5F7E7672" w14:textId="4BB13B83" w:rsidR="005E3B13" w:rsidRDefault="774E9DA4" w:rsidP="686D9608">
            <w:pPr>
              <w:rPr>
                <w:rFonts w:ascii="Arial Nova" w:eastAsia="Arial Nova" w:hAnsi="Arial Nova" w:cs="Arial Nova"/>
              </w:rPr>
            </w:pPr>
            <w:r w:rsidRPr="6BFFB867">
              <w:rPr>
                <w:rFonts w:ascii="Arial Nova" w:eastAsia="Arial Nova" w:hAnsi="Arial Nova" w:cs="Arial Nova"/>
              </w:rPr>
              <w:t>Knaresborough and Craven (</w:t>
            </w:r>
            <w:r w:rsidR="3F1E0215" w:rsidRPr="686D9608">
              <w:rPr>
                <w:rFonts w:ascii="Arial Nova" w:eastAsia="Arial Nova" w:hAnsi="Arial Nova" w:cs="Arial Nova"/>
              </w:rPr>
              <w:t>HRKC</w:t>
            </w:r>
            <w:r w:rsidRPr="6BFFB867">
              <w:rPr>
                <w:rFonts w:ascii="Arial Nova" w:eastAsia="Arial Nova" w:hAnsi="Arial Nova" w:cs="Arial Nova"/>
              </w:rPr>
              <w:t>)</w:t>
            </w:r>
          </w:p>
        </w:tc>
        <w:tc>
          <w:tcPr>
            <w:tcW w:w="4320" w:type="dxa"/>
          </w:tcPr>
          <w:p w14:paraId="4B94D5A5" w14:textId="3F639481" w:rsidR="005E3B13" w:rsidRDefault="46465F1E">
            <w:hyperlink r:id="rId23">
              <w:r w:rsidRPr="686D9608">
                <w:rPr>
                  <w:rStyle w:val="Hyperlink"/>
                </w:rPr>
                <w:t>Amanda.Millgate@northyorks.gov.uk</w:t>
              </w:r>
            </w:hyperlink>
          </w:p>
        </w:tc>
      </w:tr>
      <w:tr w:rsidR="005E3B13" w14:paraId="7B8C8E0D" w14:textId="77777777" w:rsidTr="417B1CC7">
        <w:tc>
          <w:tcPr>
            <w:tcW w:w="2172" w:type="dxa"/>
          </w:tcPr>
          <w:p w14:paraId="54F08096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Lisa Masterton</w:t>
            </w:r>
          </w:p>
        </w:tc>
        <w:tc>
          <w:tcPr>
            <w:tcW w:w="2698" w:type="dxa"/>
          </w:tcPr>
          <w:p w14:paraId="15E8F183" w14:textId="380836DC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Locality Inclusion Lead</w:t>
            </w:r>
            <w:r w:rsidR="1EFDE86A" w:rsidRPr="0FE2112A">
              <w:rPr>
                <w:rFonts w:ascii="Arial Nova" w:eastAsia="Arial Nova" w:hAnsi="Arial Nova" w:cs="Arial Nova"/>
              </w:rPr>
              <w:t xml:space="preserve"> </w:t>
            </w:r>
            <w:r w:rsidR="72AD9A82" w:rsidRPr="686D9608">
              <w:rPr>
                <w:rFonts w:ascii="Arial Nova" w:eastAsia="Arial Nova" w:hAnsi="Arial Nova" w:cs="Arial Nova"/>
              </w:rPr>
              <w:t>- Ham/Rich</w:t>
            </w:r>
          </w:p>
        </w:tc>
        <w:tc>
          <w:tcPr>
            <w:tcW w:w="4320" w:type="dxa"/>
          </w:tcPr>
          <w:p w14:paraId="3DEEC669" w14:textId="1DC62350" w:rsidR="005E3B13" w:rsidRDefault="1B3E8EF0">
            <w:hyperlink r:id="rId24">
              <w:r w:rsidRPr="686D9608">
                <w:rPr>
                  <w:rStyle w:val="Hyperlink"/>
                </w:rPr>
                <w:t>Lisa.Masterton@northyorks.gov.uk</w:t>
              </w:r>
            </w:hyperlink>
          </w:p>
        </w:tc>
      </w:tr>
      <w:tr w:rsidR="686D9608" w14:paraId="355F8342" w14:textId="77777777" w:rsidTr="417B1CC7">
        <w:trPr>
          <w:trHeight w:val="495"/>
        </w:trPr>
        <w:tc>
          <w:tcPr>
            <w:tcW w:w="2172" w:type="dxa"/>
          </w:tcPr>
          <w:p w14:paraId="671141CE" w14:textId="77DDF081" w:rsidR="686D9608" w:rsidRDefault="013B40D0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Alice Minett</w:t>
            </w:r>
          </w:p>
        </w:tc>
        <w:tc>
          <w:tcPr>
            <w:tcW w:w="2698" w:type="dxa"/>
          </w:tcPr>
          <w:p w14:paraId="51AF7695" w14:textId="3D39E260" w:rsidR="013B40D0" w:rsidRDefault="013B40D0" w:rsidP="686D9608">
            <w:r w:rsidRPr="417B1CC7">
              <w:rPr>
                <w:rFonts w:ascii="Arial Nova" w:eastAsia="Arial Nova" w:hAnsi="Arial Nova" w:cs="Arial Nova"/>
              </w:rPr>
              <w:t xml:space="preserve">Lead </w:t>
            </w:r>
            <w:r w:rsidR="00A73D3C" w:rsidRPr="417B1CC7">
              <w:rPr>
                <w:rFonts w:ascii="Arial Nova" w:eastAsia="Arial Nova" w:hAnsi="Arial Nova" w:cs="Arial Nova"/>
              </w:rPr>
              <w:t xml:space="preserve">for </w:t>
            </w:r>
            <w:r w:rsidRPr="417B1CC7">
              <w:rPr>
                <w:rFonts w:ascii="Arial Nova" w:eastAsia="Arial Nova" w:hAnsi="Arial Nova" w:cs="Arial Nova"/>
              </w:rPr>
              <w:t>Hearing and Vision</w:t>
            </w:r>
          </w:p>
          <w:p w14:paraId="37C8CB94" w14:textId="31DD193B" w:rsidR="013B40D0" w:rsidRDefault="013B40D0" w:rsidP="417B1CC7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4320" w:type="dxa"/>
          </w:tcPr>
          <w:p w14:paraId="45196923" w14:textId="20B765FB" w:rsidR="013B40D0" w:rsidRDefault="013B40D0" w:rsidP="686D9608">
            <w:hyperlink r:id="rId25">
              <w:r w:rsidRPr="686D9608">
                <w:rPr>
                  <w:rStyle w:val="Hyperlink"/>
                </w:rPr>
                <w:t>Alice.Minett@northyorks.gov.uk</w:t>
              </w:r>
            </w:hyperlink>
            <w:r>
              <w:t xml:space="preserve"> </w:t>
            </w:r>
          </w:p>
        </w:tc>
      </w:tr>
      <w:tr w:rsidR="6A8E889B" w14:paraId="66C24477" w14:textId="77777777" w:rsidTr="417B1CC7">
        <w:trPr>
          <w:trHeight w:val="300"/>
        </w:trPr>
        <w:tc>
          <w:tcPr>
            <w:tcW w:w="2172" w:type="dxa"/>
          </w:tcPr>
          <w:p w14:paraId="0AD8E402" w14:textId="7D5A612D" w:rsidR="6A8E889B" w:rsidRDefault="6A8E889B" w:rsidP="6A8E889B">
            <w:r w:rsidRPr="6A8E889B">
              <w:rPr>
                <w:rFonts w:ascii="Arial Nova" w:eastAsia="Arial Nova" w:hAnsi="Arial Nova" w:cs="Arial Nova"/>
                <w:b/>
                <w:bCs/>
              </w:rPr>
              <w:lastRenderedPageBreak/>
              <w:t>Exclusions</w:t>
            </w:r>
          </w:p>
          <w:p w14:paraId="6D6BC275" w14:textId="3DC181D1" w:rsidR="6A8E889B" w:rsidRDefault="6A8E889B" w:rsidP="6A8E889B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19CEBAFB" w14:textId="44A27B53" w:rsidR="6A8E889B" w:rsidRDefault="6A8E889B" w:rsidP="6A8E889B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Julie Barber</w:t>
            </w:r>
          </w:p>
        </w:tc>
        <w:tc>
          <w:tcPr>
            <w:tcW w:w="2698" w:type="dxa"/>
          </w:tcPr>
          <w:p w14:paraId="69931432" w14:textId="77777777" w:rsidR="00933314" w:rsidRDefault="00933314" w:rsidP="6A8E889B">
            <w:pPr>
              <w:rPr>
                <w:rFonts w:ascii="Arial Nova" w:eastAsia="Arial Nova" w:hAnsi="Arial Nova" w:cs="Arial Nova"/>
              </w:rPr>
            </w:pPr>
          </w:p>
          <w:p w14:paraId="62C17ED8" w14:textId="77777777" w:rsidR="00933314" w:rsidRDefault="00933314" w:rsidP="6A8E889B">
            <w:pPr>
              <w:rPr>
                <w:rFonts w:ascii="Arial Nova" w:eastAsia="Arial Nova" w:hAnsi="Arial Nova" w:cs="Arial Nova"/>
              </w:rPr>
            </w:pPr>
          </w:p>
          <w:p w14:paraId="7CA3615F" w14:textId="4A7AC417" w:rsidR="6A8E889B" w:rsidRDefault="6A8E889B" w:rsidP="6A8E889B">
            <w:r w:rsidRPr="6A8E889B">
              <w:rPr>
                <w:rFonts w:ascii="Arial Nova" w:eastAsia="Arial Nova" w:hAnsi="Arial Nova" w:cs="Arial Nova"/>
              </w:rPr>
              <w:t>Exclusions Office</w:t>
            </w:r>
            <w:r w:rsidR="00933314">
              <w:rPr>
                <w:rFonts w:ascii="Arial Nova" w:eastAsia="Arial Nova" w:hAnsi="Arial Nova" w:cs="Arial Nova"/>
              </w:rPr>
              <w:t>r</w:t>
            </w:r>
          </w:p>
        </w:tc>
        <w:tc>
          <w:tcPr>
            <w:tcW w:w="4320" w:type="dxa"/>
          </w:tcPr>
          <w:p w14:paraId="19C1AC1A" w14:textId="77777777" w:rsidR="00933314" w:rsidRDefault="00933314" w:rsidP="6A8E889B"/>
          <w:p w14:paraId="72D2F0E0" w14:textId="77777777" w:rsidR="00933314" w:rsidRDefault="00933314" w:rsidP="6A8E889B"/>
          <w:p w14:paraId="019D8373" w14:textId="25782F03" w:rsidR="6A8E889B" w:rsidRDefault="00933314" w:rsidP="6A8E889B">
            <w:hyperlink r:id="rId26" w:history="1">
              <w:r w:rsidRPr="00E14D55">
                <w:rPr>
                  <w:rStyle w:val="Hyperlink"/>
                </w:rPr>
                <w:t>Julie.Barber@northyorks.gov.uk</w:t>
              </w:r>
            </w:hyperlink>
            <w:r w:rsidR="6A8E889B">
              <w:t xml:space="preserve"> </w:t>
            </w:r>
          </w:p>
        </w:tc>
      </w:tr>
      <w:tr w:rsidR="686D9608" w14:paraId="4E14ACAD" w14:textId="77777777" w:rsidTr="417B1CC7">
        <w:trPr>
          <w:trHeight w:val="300"/>
        </w:trPr>
        <w:tc>
          <w:tcPr>
            <w:tcW w:w="9190" w:type="dxa"/>
            <w:gridSpan w:val="3"/>
          </w:tcPr>
          <w:p w14:paraId="04596157" w14:textId="20544CB5" w:rsidR="686D9608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46349978" w14:textId="2D0BE3A6" w:rsidR="040731ED" w:rsidRDefault="040731ED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Selby</w:t>
            </w:r>
            <w:r w:rsidR="00933314">
              <w:rPr>
                <w:rFonts w:ascii="Arial Nova" w:eastAsia="Arial Nova" w:hAnsi="Arial Nova" w:cs="Arial Nova"/>
                <w:b/>
                <w:bCs/>
              </w:rPr>
              <w:t xml:space="preserve"> Inclusion</w:t>
            </w:r>
            <w:r w:rsidRPr="686D9608">
              <w:rPr>
                <w:rFonts w:ascii="Arial Nova" w:eastAsia="Arial Nova" w:hAnsi="Arial Nova" w:cs="Arial Nova"/>
                <w:b/>
                <w:bCs/>
              </w:rPr>
              <w:t xml:space="preserve"> Hub</w:t>
            </w:r>
          </w:p>
        </w:tc>
      </w:tr>
      <w:tr w:rsidR="005E3B13" w14:paraId="48B6482F" w14:textId="77777777" w:rsidTr="417B1CC7">
        <w:tc>
          <w:tcPr>
            <w:tcW w:w="2172" w:type="dxa"/>
          </w:tcPr>
          <w:p w14:paraId="5D4C863C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Ellie Richards</w:t>
            </w:r>
          </w:p>
        </w:tc>
        <w:tc>
          <w:tcPr>
            <w:tcW w:w="2698" w:type="dxa"/>
          </w:tcPr>
          <w:p w14:paraId="1926C230" w14:textId="18F6BB80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</w:t>
            </w:r>
            <w:r w:rsidR="3B1C76E6" w:rsidRPr="06294F71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3656B9AB" w14:textId="1F1304B3" w:rsidR="005E3B13" w:rsidRDefault="43412E94">
            <w:hyperlink r:id="rId27">
              <w:r w:rsidRPr="686D9608">
                <w:rPr>
                  <w:rStyle w:val="Hyperlink"/>
                </w:rPr>
                <w:t>Ellie.Richards@northyorks.gov.uk</w:t>
              </w:r>
            </w:hyperlink>
            <w:r>
              <w:t xml:space="preserve"> </w:t>
            </w:r>
          </w:p>
        </w:tc>
      </w:tr>
      <w:tr w:rsidR="005E3B13" w14:paraId="2183DC81" w14:textId="77777777" w:rsidTr="417B1CC7">
        <w:tc>
          <w:tcPr>
            <w:tcW w:w="2172" w:type="dxa"/>
          </w:tcPr>
          <w:p w14:paraId="57CCC07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Helen Wilson</w:t>
            </w:r>
          </w:p>
        </w:tc>
        <w:tc>
          <w:tcPr>
            <w:tcW w:w="2698" w:type="dxa"/>
          </w:tcPr>
          <w:p w14:paraId="62A4C7A8" w14:textId="2338A819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</w:t>
            </w:r>
            <w:r w:rsidR="2A5974A6" w:rsidRPr="28D55015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45FB0818" w14:textId="47218B7E" w:rsidR="005E3B13" w:rsidRDefault="29E033AF">
            <w:hyperlink r:id="rId28">
              <w:r w:rsidRPr="686D9608">
                <w:rPr>
                  <w:rStyle w:val="Hyperlink"/>
                </w:rPr>
                <w:t>Helen.Wilson1@northyorks.gov.uk</w:t>
              </w:r>
            </w:hyperlink>
            <w:r>
              <w:t xml:space="preserve"> </w:t>
            </w:r>
          </w:p>
        </w:tc>
      </w:tr>
      <w:tr w:rsidR="005E3B13" w14:paraId="33256FF1" w14:textId="77777777" w:rsidTr="417B1CC7">
        <w:tc>
          <w:tcPr>
            <w:tcW w:w="2172" w:type="dxa"/>
          </w:tcPr>
          <w:p w14:paraId="71E31DA8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Katie Collins</w:t>
            </w:r>
          </w:p>
        </w:tc>
        <w:tc>
          <w:tcPr>
            <w:tcW w:w="2698" w:type="dxa"/>
          </w:tcPr>
          <w:p w14:paraId="1A84CFE8" w14:textId="4BA65112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</w:t>
            </w:r>
            <w:r w:rsidR="2F50EB93" w:rsidRPr="28D55015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049F31CB" w14:textId="5DA723B9" w:rsidR="005E3B13" w:rsidRDefault="56D9519F">
            <w:hyperlink r:id="rId29">
              <w:r w:rsidRPr="686D9608">
                <w:rPr>
                  <w:rStyle w:val="Hyperlink"/>
                </w:rPr>
                <w:t>Katie.Collins@northyorks.gov.uk</w:t>
              </w:r>
            </w:hyperlink>
            <w:r>
              <w:t xml:space="preserve"> </w:t>
            </w:r>
          </w:p>
        </w:tc>
      </w:tr>
      <w:tr w:rsidR="005E3B13" w14:paraId="34D52DD7" w14:textId="77777777" w:rsidTr="417B1CC7">
        <w:tc>
          <w:tcPr>
            <w:tcW w:w="2172" w:type="dxa"/>
          </w:tcPr>
          <w:p w14:paraId="111D857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Cameron Beattie</w:t>
            </w:r>
          </w:p>
        </w:tc>
        <w:tc>
          <w:tcPr>
            <w:tcW w:w="2698" w:type="dxa"/>
          </w:tcPr>
          <w:p w14:paraId="44826C8E" w14:textId="1B3F12C9" w:rsidR="005E3B13" w:rsidRDefault="3A278A5B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Advisory Teacher SEMH</w:t>
            </w:r>
          </w:p>
        </w:tc>
        <w:tc>
          <w:tcPr>
            <w:tcW w:w="4320" w:type="dxa"/>
          </w:tcPr>
          <w:p w14:paraId="53128261" w14:textId="0BD5A644" w:rsidR="005E3B13" w:rsidRDefault="40B4F1C7" w:rsidP="686D9608">
            <w:hyperlink r:id="rId30">
              <w:r w:rsidRPr="686D9608">
                <w:rPr>
                  <w:rStyle w:val="Hyperlink"/>
                </w:rPr>
                <w:t>Cameron.Beattie@northyorks.gov.uk</w:t>
              </w:r>
            </w:hyperlink>
            <w:r w:rsidRPr="686D9608">
              <w:rPr>
                <w:rFonts w:ascii="Aptos" w:eastAsia="Aptos" w:hAnsi="Aptos" w:cs="Aptos"/>
              </w:rPr>
              <w:t xml:space="preserve"> </w:t>
            </w:r>
          </w:p>
        </w:tc>
      </w:tr>
      <w:tr w:rsidR="005E3B13" w14:paraId="0E97F1E3" w14:textId="77777777" w:rsidTr="417B1CC7">
        <w:tc>
          <w:tcPr>
            <w:tcW w:w="2172" w:type="dxa"/>
          </w:tcPr>
          <w:p w14:paraId="05BF789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Amelia Formstone</w:t>
            </w:r>
          </w:p>
        </w:tc>
        <w:tc>
          <w:tcPr>
            <w:tcW w:w="2698" w:type="dxa"/>
          </w:tcPr>
          <w:p w14:paraId="7269A777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SEMH</w:t>
            </w:r>
          </w:p>
        </w:tc>
        <w:tc>
          <w:tcPr>
            <w:tcW w:w="4320" w:type="dxa"/>
          </w:tcPr>
          <w:p w14:paraId="62486C05" w14:textId="2E9407D4" w:rsidR="005E3B13" w:rsidRDefault="7C6347FA" w:rsidP="686D9608">
            <w:hyperlink r:id="rId31">
              <w:r w:rsidRPr="686D9608">
                <w:rPr>
                  <w:rStyle w:val="Hyperlink"/>
                </w:rPr>
                <w:t>Amelia.Formstone@northyorks.gov.uk</w:t>
              </w:r>
            </w:hyperlink>
            <w:r w:rsidRPr="686D9608">
              <w:rPr>
                <w:rFonts w:ascii="Aptos" w:eastAsia="Aptos" w:hAnsi="Aptos" w:cs="Aptos"/>
              </w:rPr>
              <w:t xml:space="preserve"> </w:t>
            </w:r>
          </w:p>
        </w:tc>
      </w:tr>
      <w:tr w:rsidR="005E3B13" w14:paraId="4715DEB4" w14:textId="77777777" w:rsidTr="417B1CC7">
        <w:tc>
          <w:tcPr>
            <w:tcW w:w="2172" w:type="dxa"/>
          </w:tcPr>
          <w:p w14:paraId="6DD5566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Charlotte Rowbotham</w:t>
            </w:r>
          </w:p>
        </w:tc>
        <w:tc>
          <w:tcPr>
            <w:tcW w:w="2698" w:type="dxa"/>
          </w:tcPr>
          <w:p w14:paraId="09922524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SEMH</w:t>
            </w:r>
          </w:p>
        </w:tc>
        <w:tc>
          <w:tcPr>
            <w:tcW w:w="4320" w:type="dxa"/>
          </w:tcPr>
          <w:p w14:paraId="4101652C" w14:textId="1762FDB7" w:rsidR="005E3B13" w:rsidRDefault="28FCD09D" w:rsidP="686D9608">
            <w:hyperlink r:id="rId32">
              <w:r w:rsidRPr="686D9608">
                <w:rPr>
                  <w:rStyle w:val="Hyperlink"/>
                </w:rPr>
                <w:t>Charlotte.Rowbotham@northyorks.gov.uk</w:t>
              </w:r>
            </w:hyperlink>
            <w:r w:rsidRPr="686D9608">
              <w:rPr>
                <w:rFonts w:ascii="Aptos" w:eastAsia="Aptos" w:hAnsi="Aptos" w:cs="Aptos"/>
              </w:rPr>
              <w:t xml:space="preserve"> </w:t>
            </w:r>
          </w:p>
        </w:tc>
      </w:tr>
      <w:tr w:rsidR="005E3B13" w14:paraId="0E42788C" w14:textId="77777777" w:rsidTr="417B1CC7">
        <w:tc>
          <w:tcPr>
            <w:tcW w:w="2172" w:type="dxa"/>
          </w:tcPr>
          <w:p w14:paraId="7695E5E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Katie Heaven-Terry</w:t>
            </w:r>
          </w:p>
        </w:tc>
        <w:tc>
          <w:tcPr>
            <w:tcW w:w="2698" w:type="dxa"/>
          </w:tcPr>
          <w:p w14:paraId="25363B84" w14:textId="7F79D5C5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 xml:space="preserve">Advisory </w:t>
            </w:r>
            <w:r w:rsidR="00933314" w:rsidRPr="6A8E889B">
              <w:rPr>
                <w:rFonts w:ascii="Arial Nova" w:eastAsia="Arial Nova" w:hAnsi="Arial Nova" w:cs="Arial Nova"/>
              </w:rPr>
              <w:t>Teacher C</w:t>
            </w:r>
            <w:r w:rsidRPr="6A8E889B">
              <w:rPr>
                <w:rFonts w:ascii="Arial Nova" w:eastAsia="Arial Nova" w:hAnsi="Arial Nova" w:cs="Arial Nova"/>
              </w:rPr>
              <w:t xml:space="preserve">&amp;L </w:t>
            </w:r>
            <w:r w:rsidRPr="48B4D68F">
              <w:rPr>
                <w:rFonts w:ascii="Arial Nova" w:eastAsia="Arial Nova" w:hAnsi="Arial Nova" w:cs="Arial Nova"/>
              </w:rPr>
              <w:t>and</w:t>
            </w:r>
            <w:r w:rsidRPr="6A8E889B">
              <w:rPr>
                <w:rFonts w:ascii="Arial Nova" w:eastAsia="Arial Nova" w:hAnsi="Arial Nova" w:cs="Arial Nova"/>
              </w:rPr>
              <w:t xml:space="preserve"> ED</w:t>
            </w:r>
          </w:p>
        </w:tc>
        <w:tc>
          <w:tcPr>
            <w:tcW w:w="4320" w:type="dxa"/>
          </w:tcPr>
          <w:p w14:paraId="4B99056E" w14:textId="68B732ED" w:rsidR="005E3B13" w:rsidRDefault="0D08A9A8">
            <w:hyperlink r:id="rId33">
              <w:r w:rsidRPr="417B1CC7">
                <w:rPr>
                  <w:rStyle w:val="Hyperlink"/>
                </w:rPr>
                <w:t>Katie.Heaven-Terry@northyorks.gov.uk</w:t>
              </w:r>
            </w:hyperlink>
            <w:r>
              <w:t xml:space="preserve"> </w:t>
            </w:r>
          </w:p>
        </w:tc>
      </w:tr>
      <w:tr w:rsidR="005E3B13" w14:paraId="5B722B23" w14:textId="77777777" w:rsidTr="417B1CC7">
        <w:tc>
          <w:tcPr>
            <w:tcW w:w="2172" w:type="dxa"/>
          </w:tcPr>
          <w:p w14:paraId="13E61FC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Emma Gilmer</w:t>
            </w:r>
          </w:p>
        </w:tc>
        <w:tc>
          <w:tcPr>
            <w:tcW w:w="2698" w:type="dxa"/>
          </w:tcPr>
          <w:p w14:paraId="3FD38605" w14:textId="26F8CCE2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C&amp;L</w:t>
            </w:r>
          </w:p>
        </w:tc>
        <w:tc>
          <w:tcPr>
            <w:tcW w:w="4320" w:type="dxa"/>
          </w:tcPr>
          <w:p w14:paraId="1299C43A" w14:textId="03DD9521" w:rsidR="005E3B13" w:rsidRDefault="2900CF2E">
            <w:hyperlink r:id="rId34">
              <w:r w:rsidRPr="686D9608">
                <w:rPr>
                  <w:rStyle w:val="Hyperlink"/>
                </w:rPr>
                <w:t>Emma.Gilmer@northyorks.gov.uk</w:t>
              </w:r>
            </w:hyperlink>
            <w:r>
              <w:t xml:space="preserve"> </w:t>
            </w:r>
          </w:p>
        </w:tc>
      </w:tr>
      <w:tr w:rsidR="005E3B13" w14:paraId="020329AF" w14:textId="77777777" w:rsidTr="417B1CC7">
        <w:tc>
          <w:tcPr>
            <w:tcW w:w="2172" w:type="dxa"/>
          </w:tcPr>
          <w:p w14:paraId="45BC9BD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Susan Issatt</w:t>
            </w:r>
          </w:p>
        </w:tc>
        <w:tc>
          <w:tcPr>
            <w:tcW w:w="2698" w:type="dxa"/>
          </w:tcPr>
          <w:p w14:paraId="15BFFA4E" w14:textId="2111C18B" w:rsidR="005E3B13" w:rsidRDefault="330258E0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ED</w:t>
            </w:r>
          </w:p>
        </w:tc>
        <w:tc>
          <w:tcPr>
            <w:tcW w:w="4320" w:type="dxa"/>
          </w:tcPr>
          <w:p w14:paraId="4DDBEF00" w14:textId="05FC3337" w:rsidR="005E3B13" w:rsidRDefault="30B112A1">
            <w:hyperlink r:id="rId35">
              <w:r w:rsidRPr="686D9608">
                <w:rPr>
                  <w:rStyle w:val="Hyperlink"/>
                </w:rPr>
                <w:t>Susan.Issatt@northyorks.gov.uk</w:t>
              </w:r>
            </w:hyperlink>
            <w:r>
              <w:t xml:space="preserve"> </w:t>
            </w:r>
          </w:p>
        </w:tc>
      </w:tr>
      <w:tr w:rsidR="686D9608" w14:paraId="12D98450" w14:textId="77777777" w:rsidTr="417B1CC7">
        <w:trPr>
          <w:trHeight w:val="300"/>
        </w:trPr>
        <w:tc>
          <w:tcPr>
            <w:tcW w:w="2172" w:type="dxa"/>
          </w:tcPr>
          <w:p w14:paraId="23BF0195" w14:textId="55DDA809" w:rsidR="719DAE4F" w:rsidRDefault="719DAE4F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Bethan Benfield</w:t>
            </w:r>
          </w:p>
        </w:tc>
        <w:tc>
          <w:tcPr>
            <w:tcW w:w="2698" w:type="dxa"/>
          </w:tcPr>
          <w:p w14:paraId="33FF6EF0" w14:textId="430A7675" w:rsidR="686D9608" w:rsidRDefault="1B24996C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ED</w:t>
            </w:r>
          </w:p>
        </w:tc>
        <w:tc>
          <w:tcPr>
            <w:tcW w:w="4320" w:type="dxa"/>
          </w:tcPr>
          <w:p w14:paraId="4C445122" w14:textId="33967651" w:rsidR="686D9608" w:rsidRDefault="7E562CD4" w:rsidP="686D9608">
            <w:hyperlink r:id="rId36">
              <w:r w:rsidRPr="417B1CC7">
                <w:rPr>
                  <w:rStyle w:val="Hyperlink"/>
                </w:rPr>
                <w:t>Bethan.Benfield@northyorks.gov.uk</w:t>
              </w:r>
            </w:hyperlink>
          </w:p>
        </w:tc>
      </w:tr>
      <w:tr w:rsidR="005E3B13" w14:paraId="526478BC" w14:textId="77777777" w:rsidTr="417B1CC7">
        <w:tc>
          <w:tcPr>
            <w:tcW w:w="2172" w:type="dxa"/>
          </w:tcPr>
          <w:p w14:paraId="2EE8975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Amy Gallacher</w:t>
            </w:r>
          </w:p>
        </w:tc>
        <w:tc>
          <w:tcPr>
            <w:tcW w:w="2698" w:type="dxa"/>
          </w:tcPr>
          <w:p w14:paraId="11770B69" w14:textId="720F2BDB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</w:t>
            </w:r>
            <w:r w:rsidR="06862AD5" w:rsidRPr="686D9608">
              <w:rPr>
                <w:rFonts w:ascii="Arial Nova" w:eastAsia="Arial Nova" w:hAnsi="Arial Nova" w:cs="Arial Nova"/>
              </w:rPr>
              <w:t>a</w:t>
            </w:r>
            <w:r w:rsidRPr="686D9608">
              <w:rPr>
                <w:rFonts w:ascii="Arial Nova" w:eastAsia="Arial Nova" w:hAnsi="Arial Nova" w:cs="Arial Nova"/>
              </w:rPr>
              <w:t>LT Manager</w:t>
            </w:r>
          </w:p>
        </w:tc>
        <w:tc>
          <w:tcPr>
            <w:tcW w:w="4320" w:type="dxa"/>
          </w:tcPr>
          <w:p w14:paraId="3461D779" w14:textId="232F55A3" w:rsidR="005E3B13" w:rsidRDefault="2E8EC65D">
            <w:hyperlink r:id="rId37">
              <w:r w:rsidRPr="686D9608">
                <w:rPr>
                  <w:rStyle w:val="Hyperlink"/>
                </w:rPr>
                <w:t>Amy.Gallacher@northyorks.gov.uk</w:t>
              </w:r>
            </w:hyperlink>
            <w:r>
              <w:t xml:space="preserve"> </w:t>
            </w:r>
          </w:p>
        </w:tc>
      </w:tr>
      <w:tr w:rsidR="005E3B13" w14:paraId="45DDDD54" w14:textId="77777777" w:rsidTr="417B1CC7">
        <w:tc>
          <w:tcPr>
            <w:tcW w:w="2172" w:type="dxa"/>
          </w:tcPr>
          <w:p w14:paraId="61256F2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Linda Dalgliesh</w:t>
            </w:r>
          </w:p>
        </w:tc>
        <w:tc>
          <w:tcPr>
            <w:tcW w:w="2698" w:type="dxa"/>
          </w:tcPr>
          <w:p w14:paraId="1AD7148F" w14:textId="57798A6C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</w:t>
            </w:r>
            <w:r w:rsidR="5AC08E27" w:rsidRPr="686D9608">
              <w:rPr>
                <w:rFonts w:ascii="Arial Nova" w:eastAsia="Arial Nova" w:hAnsi="Arial Nova" w:cs="Arial Nova"/>
              </w:rPr>
              <w:t>a</w:t>
            </w:r>
            <w:r w:rsidRPr="686D9608">
              <w:rPr>
                <w:rFonts w:ascii="Arial Nova" w:eastAsia="Arial Nova" w:hAnsi="Arial Nova" w:cs="Arial Nova"/>
              </w:rPr>
              <w:t>LT</w:t>
            </w:r>
          </w:p>
        </w:tc>
        <w:tc>
          <w:tcPr>
            <w:tcW w:w="4320" w:type="dxa"/>
          </w:tcPr>
          <w:p w14:paraId="3CF2D8B6" w14:textId="11036944" w:rsidR="005E3B13" w:rsidRDefault="07E1D61E">
            <w:hyperlink r:id="rId38">
              <w:r w:rsidRPr="686D9608">
                <w:rPr>
                  <w:rStyle w:val="Hyperlink"/>
                </w:rPr>
                <w:t>Linda.Dalgliesh@northyorks.gov.uk</w:t>
              </w:r>
            </w:hyperlink>
            <w:r>
              <w:t xml:space="preserve"> </w:t>
            </w:r>
          </w:p>
        </w:tc>
      </w:tr>
      <w:tr w:rsidR="005E3B13" w14:paraId="469FEF73" w14:textId="77777777" w:rsidTr="417B1CC7">
        <w:tc>
          <w:tcPr>
            <w:tcW w:w="2172" w:type="dxa"/>
          </w:tcPr>
          <w:p w14:paraId="3ED8E45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Kerry Barber</w:t>
            </w:r>
          </w:p>
        </w:tc>
        <w:tc>
          <w:tcPr>
            <w:tcW w:w="2698" w:type="dxa"/>
          </w:tcPr>
          <w:p w14:paraId="299B0C48" w14:textId="1566EC48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6BFFB867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0FB78278" w14:textId="4946AC54" w:rsidR="005E3B13" w:rsidRDefault="03BF621D">
            <w:hyperlink r:id="rId39">
              <w:r w:rsidRPr="686D9608">
                <w:rPr>
                  <w:rStyle w:val="Hyperlink"/>
                </w:rPr>
                <w:t>Kerry.Barber@northyorks.gov.uk</w:t>
              </w:r>
            </w:hyperlink>
            <w:r>
              <w:t xml:space="preserve"> </w:t>
            </w:r>
          </w:p>
        </w:tc>
      </w:tr>
      <w:tr w:rsidR="005E3B13" w14:paraId="0C8782F0" w14:textId="77777777" w:rsidTr="417B1CC7">
        <w:tc>
          <w:tcPr>
            <w:tcW w:w="2172" w:type="dxa"/>
          </w:tcPr>
          <w:p w14:paraId="315D11D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Lisa Bairstow</w:t>
            </w:r>
          </w:p>
        </w:tc>
        <w:tc>
          <w:tcPr>
            <w:tcW w:w="2698" w:type="dxa"/>
          </w:tcPr>
          <w:p w14:paraId="17777F9E" w14:textId="2C261ED0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6BFFB867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1FC39945" w14:textId="3F35A80D" w:rsidR="005E3B13" w:rsidRDefault="0682E709">
            <w:hyperlink r:id="rId40">
              <w:r w:rsidRPr="686D9608">
                <w:rPr>
                  <w:rStyle w:val="Hyperlink"/>
                </w:rPr>
                <w:t>Lisa.Bairstow@northyorks.gov.uk</w:t>
              </w:r>
            </w:hyperlink>
            <w:r>
              <w:t xml:space="preserve"> </w:t>
            </w:r>
          </w:p>
        </w:tc>
      </w:tr>
      <w:tr w:rsidR="686D9608" w14:paraId="2A0D2F5C" w14:textId="77777777" w:rsidTr="417B1CC7">
        <w:trPr>
          <w:trHeight w:val="300"/>
        </w:trPr>
        <w:tc>
          <w:tcPr>
            <w:tcW w:w="9190" w:type="dxa"/>
            <w:gridSpan w:val="3"/>
          </w:tcPr>
          <w:p w14:paraId="5A2AA988" w14:textId="5FA5168F" w:rsidR="686D9608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</w:p>
          <w:p w14:paraId="13822072" w14:textId="5104A1EB" w:rsidR="5B565497" w:rsidRDefault="5B565497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 xml:space="preserve">Scarborough Whitby Ryedale (SWR) </w:t>
            </w:r>
            <w:r w:rsidR="00933314">
              <w:rPr>
                <w:rFonts w:ascii="Arial Nova" w:eastAsia="Arial Nova" w:hAnsi="Arial Nova" w:cs="Arial Nova"/>
                <w:b/>
                <w:bCs/>
              </w:rPr>
              <w:t>Inclusion</w:t>
            </w:r>
            <w:r w:rsidR="00933314" w:rsidRPr="686D9608">
              <w:rPr>
                <w:rFonts w:ascii="Arial Nova" w:eastAsia="Arial Nova" w:hAnsi="Arial Nova" w:cs="Arial Nova"/>
                <w:b/>
                <w:bCs/>
              </w:rPr>
              <w:t xml:space="preserve"> Hub</w:t>
            </w:r>
          </w:p>
        </w:tc>
      </w:tr>
      <w:tr w:rsidR="005E3B13" w14:paraId="0D01BE88" w14:textId="77777777" w:rsidTr="417B1CC7">
        <w:tc>
          <w:tcPr>
            <w:tcW w:w="2172" w:type="dxa"/>
          </w:tcPr>
          <w:p w14:paraId="2BBEB44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Amancay Topping</w:t>
            </w:r>
          </w:p>
        </w:tc>
        <w:tc>
          <w:tcPr>
            <w:tcW w:w="2698" w:type="dxa"/>
          </w:tcPr>
          <w:p w14:paraId="0562CB0E" w14:textId="1EE9E1E7" w:rsidR="005E3B13" w:rsidRDefault="0A4A74B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</w:t>
            </w:r>
            <w:r w:rsidR="68EEAC11" w:rsidRPr="686D9608">
              <w:rPr>
                <w:rFonts w:ascii="Arial Nova" w:eastAsia="Arial Nova" w:hAnsi="Arial Nova" w:cs="Arial Nova"/>
              </w:rPr>
              <w:t>a</w:t>
            </w:r>
            <w:r w:rsidRPr="686D9608">
              <w:rPr>
                <w:rFonts w:ascii="Arial Nova" w:eastAsia="Arial Nova" w:hAnsi="Arial Nova" w:cs="Arial Nova"/>
              </w:rPr>
              <w:t>LT</w:t>
            </w:r>
          </w:p>
        </w:tc>
        <w:tc>
          <w:tcPr>
            <w:tcW w:w="4320" w:type="dxa"/>
          </w:tcPr>
          <w:p w14:paraId="34CE0A41" w14:textId="1CA75CFD" w:rsidR="005E3B13" w:rsidRDefault="0A4A74B8">
            <w:hyperlink r:id="rId41">
              <w:r w:rsidRPr="686D9608">
                <w:rPr>
                  <w:rStyle w:val="Hyperlink"/>
                </w:rPr>
                <w:t>Amancay.Topping@northyorks.gov.uk</w:t>
              </w:r>
            </w:hyperlink>
            <w:r>
              <w:t xml:space="preserve"> </w:t>
            </w:r>
          </w:p>
        </w:tc>
      </w:tr>
      <w:tr w:rsidR="005E3B13" w14:paraId="485C3BDA" w14:textId="77777777" w:rsidTr="417B1CC7">
        <w:tc>
          <w:tcPr>
            <w:tcW w:w="2172" w:type="dxa"/>
          </w:tcPr>
          <w:p w14:paraId="2837EF2B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Callum Foster</w:t>
            </w:r>
          </w:p>
        </w:tc>
        <w:tc>
          <w:tcPr>
            <w:tcW w:w="2698" w:type="dxa"/>
          </w:tcPr>
          <w:p w14:paraId="62EBF3C5" w14:textId="4E1CC7A5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</w:t>
            </w:r>
            <w:r w:rsidR="636F2DE3" w:rsidRPr="15225C8E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6D98A12B" w14:textId="04307FDE" w:rsidR="00933314" w:rsidRDefault="00933314">
            <w:hyperlink r:id="rId42">
              <w:r w:rsidRPr="417B1CC7">
                <w:rPr>
                  <w:rStyle w:val="Hyperlink"/>
                </w:rPr>
                <w:t>Callum.Foster@northyorks.gov.uk</w:t>
              </w:r>
            </w:hyperlink>
          </w:p>
        </w:tc>
      </w:tr>
      <w:tr w:rsidR="005E3B13" w14:paraId="4E1E4995" w14:textId="77777777" w:rsidTr="417B1CC7">
        <w:tc>
          <w:tcPr>
            <w:tcW w:w="2172" w:type="dxa"/>
          </w:tcPr>
          <w:p w14:paraId="6A5279B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Debra Myers</w:t>
            </w:r>
          </w:p>
        </w:tc>
        <w:tc>
          <w:tcPr>
            <w:tcW w:w="2698" w:type="dxa"/>
          </w:tcPr>
          <w:p w14:paraId="2946DB82" w14:textId="6421B5AC" w:rsidR="005E3B13" w:rsidRDefault="35E1A8C4" w:rsidP="686D9608">
            <w:r w:rsidRPr="686D9608">
              <w:rPr>
                <w:rFonts w:ascii="Arial Nova" w:eastAsia="Arial Nova" w:hAnsi="Arial Nova" w:cs="Arial Nova"/>
              </w:rPr>
              <w:t xml:space="preserve">Inclusion </w:t>
            </w:r>
            <w:r w:rsidR="07807769" w:rsidRPr="686D9608">
              <w:rPr>
                <w:rFonts w:ascii="Arial Nova" w:eastAsia="Arial Nova" w:hAnsi="Arial Nova" w:cs="Arial Nova"/>
              </w:rPr>
              <w:t>Practitioner C&amp;</w:t>
            </w:r>
            <w:r w:rsidR="7387020C" w:rsidRPr="744B8271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5997CC1D" w14:textId="65C77DFE" w:rsidR="005E3B13" w:rsidRDefault="07807769">
            <w:hyperlink r:id="rId43">
              <w:r w:rsidRPr="686D9608">
                <w:rPr>
                  <w:rStyle w:val="Hyperlink"/>
                </w:rPr>
                <w:t>Debra.Myers@northyorks.gov.uk</w:t>
              </w:r>
            </w:hyperlink>
            <w:r>
              <w:t xml:space="preserve"> </w:t>
            </w:r>
          </w:p>
        </w:tc>
      </w:tr>
      <w:tr w:rsidR="005E3B13" w14:paraId="6AC6AA61" w14:textId="77777777" w:rsidTr="417B1CC7">
        <w:tc>
          <w:tcPr>
            <w:tcW w:w="2172" w:type="dxa"/>
          </w:tcPr>
          <w:p w14:paraId="31B5380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Emma Allison</w:t>
            </w:r>
          </w:p>
        </w:tc>
        <w:tc>
          <w:tcPr>
            <w:tcW w:w="2698" w:type="dxa"/>
          </w:tcPr>
          <w:p w14:paraId="110FFD37" w14:textId="07B507D7" w:rsidR="005E3B13" w:rsidRDefault="00057710" w:rsidP="686D960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Inclusion Specialist SEMH</w:t>
            </w:r>
          </w:p>
        </w:tc>
        <w:tc>
          <w:tcPr>
            <w:tcW w:w="4320" w:type="dxa"/>
          </w:tcPr>
          <w:p w14:paraId="6B699379" w14:textId="479C5F72" w:rsidR="005E3B13" w:rsidRDefault="670F5BEA">
            <w:hyperlink r:id="rId44">
              <w:r w:rsidRPr="686D9608">
                <w:rPr>
                  <w:rStyle w:val="Hyperlink"/>
                </w:rPr>
                <w:t>Emma.Allison@northyorks.gov.uk</w:t>
              </w:r>
            </w:hyperlink>
            <w:r>
              <w:t xml:space="preserve"> </w:t>
            </w:r>
          </w:p>
        </w:tc>
      </w:tr>
      <w:tr w:rsidR="005E3B13" w14:paraId="051A8E1D" w14:textId="77777777" w:rsidTr="417B1CC7">
        <w:tc>
          <w:tcPr>
            <w:tcW w:w="2172" w:type="dxa"/>
          </w:tcPr>
          <w:p w14:paraId="3640AE1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Emma Jones</w:t>
            </w:r>
          </w:p>
        </w:tc>
        <w:tc>
          <w:tcPr>
            <w:tcW w:w="2698" w:type="dxa"/>
          </w:tcPr>
          <w:p w14:paraId="3FE9F23F" w14:textId="01C67270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ED</w:t>
            </w:r>
          </w:p>
        </w:tc>
        <w:tc>
          <w:tcPr>
            <w:tcW w:w="4320" w:type="dxa"/>
          </w:tcPr>
          <w:p w14:paraId="1F72F646" w14:textId="4E9D5DDD" w:rsidR="005E3B13" w:rsidRDefault="39B691BB">
            <w:hyperlink r:id="rId45">
              <w:r w:rsidRPr="686D9608">
                <w:rPr>
                  <w:rStyle w:val="Hyperlink"/>
                </w:rPr>
                <w:t>Emma.Jones@northyorks.gov.uk</w:t>
              </w:r>
            </w:hyperlink>
            <w:r>
              <w:t xml:space="preserve"> </w:t>
            </w:r>
          </w:p>
        </w:tc>
      </w:tr>
      <w:tr w:rsidR="005E3B13" w14:paraId="40FC97A8" w14:textId="77777777" w:rsidTr="417B1CC7">
        <w:tc>
          <w:tcPr>
            <w:tcW w:w="2172" w:type="dxa"/>
          </w:tcPr>
          <w:p w14:paraId="6CF0A2E0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Felicity Fearn</w:t>
            </w:r>
          </w:p>
        </w:tc>
        <w:tc>
          <w:tcPr>
            <w:tcW w:w="2698" w:type="dxa"/>
          </w:tcPr>
          <w:p w14:paraId="08CE6F91" w14:textId="325CECD5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62339A96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61CDCEAD" w14:textId="15FBE47C" w:rsidR="005E3B13" w:rsidRDefault="1EF4B27C">
            <w:hyperlink r:id="rId46">
              <w:r w:rsidRPr="686D9608">
                <w:rPr>
                  <w:rStyle w:val="Hyperlink"/>
                </w:rPr>
                <w:t>Felicity.Fearn@northyorks.gov.uk</w:t>
              </w:r>
            </w:hyperlink>
            <w:r>
              <w:t xml:space="preserve"> </w:t>
            </w:r>
          </w:p>
        </w:tc>
      </w:tr>
      <w:tr w:rsidR="005E3B13" w14:paraId="30C21152" w14:textId="77777777" w:rsidTr="417B1CC7">
        <w:tc>
          <w:tcPr>
            <w:tcW w:w="2172" w:type="dxa"/>
          </w:tcPr>
          <w:p w14:paraId="0EE6A7C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Hannah Bateman</w:t>
            </w:r>
          </w:p>
        </w:tc>
        <w:tc>
          <w:tcPr>
            <w:tcW w:w="2698" w:type="dxa"/>
          </w:tcPr>
          <w:p w14:paraId="6BB9E253" w14:textId="45E2C9DB" w:rsidR="005E3B13" w:rsidRDefault="3C63672B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0CA9D596" w:rsidRPr="686D9608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23DE523C" w14:textId="7E2B70A6" w:rsidR="005E3B13" w:rsidRDefault="0CA9D596">
            <w:hyperlink r:id="rId47">
              <w:r w:rsidRPr="686D9608">
                <w:rPr>
                  <w:rStyle w:val="Hyperlink"/>
                </w:rPr>
                <w:t>Hannah.Bateman@northyorks.gov.uk</w:t>
              </w:r>
            </w:hyperlink>
            <w:r>
              <w:t xml:space="preserve"> </w:t>
            </w:r>
          </w:p>
        </w:tc>
      </w:tr>
      <w:tr w:rsidR="005E3B13" w14:paraId="344928B6" w14:textId="77777777" w:rsidTr="417B1CC7">
        <w:tc>
          <w:tcPr>
            <w:tcW w:w="2172" w:type="dxa"/>
          </w:tcPr>
          <w:p w14:paraId="1946512C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Helen Hunter</w:t>
            </w:r>
          </w:p>
        </w:tc>
        <w:tc>
          <w:tcPr>
            <w:tcW w:w="2698" w:type="dxa"/>
          </w:tcPr>
          <w:p w14:paraId="52E56223" w14:textId="7E34F895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C&amp;L</w:t>
            </w:r>
          </w:p>
        </w:tc>
        <w:tc>
          <w:tcPr>
            <w:tcW w:w="4320" w:type="dxa"/>
          </w:tcPr>
          <w:p w14:paraId="07547A01" w14:textId="564F28D1" w:rsidR="005E3B13" w:rsidRDefault="6D2A4BCB">
            <w:hyperlink r:id="rId48">
              <w:r w:rsidRPr="686D9608">
                <w:rPr>
                  <w:rStyle w:val="Hyperlink"/>
                </w:rPr>
                <w:t>Helen.Hunter@northyorks.gov.uk</w:t>
              </w:r>
            </w:hyperlink>
            <w:r>
              <w:t xml:space="preserve"> </w:t>
            </w:r>
          </w:p>
        </w:tc>
      </w:tr>
      <w:tr w:rsidR="005E3B13" w14:paraId="0D3983E5" w14:textId="77777777" w:rsidTr="417B1CC7">
        <w:tc>
          <w:tcPr>
            <w:tcW w:w="2172" w:type="dxa"/>
          </w:tcPr>
          <w:p w14:paraId="518F424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Jo Wharton</w:t>
            </w:r>
          </w:p>
        </w:tc>
        <w:tc>
          <w:tcPr>
            <w:tcW w:w="2698" w:type="dxa"/>
          </w:tcPr>
          <w:p w14:paraId="5043CB0F" w14:textId="58A6C214" w:rsidR="005E3B13" w:rsidRDefault="62777D8A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ED</w:t>
            </w:r>
          </w:p>
        </w:tc>
        <w:tc>
          <w:tcPr>
            <w:tcW w:w="4320" w:type="dxa"/>
          </w:tcPr>
          <w:p w14:paraId="07459315" w14:textId="1D9CF19C" w:rsidR="005E3B13" w:rsidRDefault="3B4FEFFE">
            <w:hyperlink r:id="rId49">
              <w:r w:rsidRPr="686D9608">
                <w:rPr>
                  <w:rStyle w:val="Hyperlink"/>
                </w:rPr>
                <w:t>Joanne.Wharton@northyorks.gov.uk</w:t>
              </w:r>
            </w:hyperlink>
            <w:r>
              <w:t xml:space="preserve"> </w:t>
            </w:r>
          </w:p>
        </w:tc>
      </w:tr>
      <w:tr w:rsidR="005E3B13" w14:paraId="3053FB1F" w14:textId="77777777" w:rsidTr="417B1CC7">
        <w:tc>
          <w:tcPr>
            <w:tcW w:w="2172" w:type="dxa"/>
          </w:tcPr>
          <w:p w14:paraId="7E3A1F5E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Katy Andrews</w:t>
            </w:r>
          </w:p>
        </w:tc>
        <w:tc>
          <w:tcPr>
            <w:tcW w:w="2698" w:type="dxa"/>
          </w:tcPr>
          <w:p w14:paraId="70DF9E56" w14:textId="475FB144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</w:t>
            </w:r>
            <w:r w:rsidR="3BADAA9C" w:rsidRPr="15225C8E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44E871BC" w14:textId="7F07606F" w:rsidR="005E3B13" w:rsidRDefault="5A5FA24D">
            <w:hyperlink r:id="rId50">
              <w:r w:rsidRPr="686D9608">
                <w:rPr>
                  <w:rStyle w:val="Hyperlink"/>
                </w:rPr>
                <w:t>Katy.Andrews@northyorks.gov.uk</w:t>
              </w:r>
            </w:hyperlink>
            <w:r>
              <w:t xml:space="preserve"> </w:t>
            </w:r>
          </w:p>
        </w:tc>
      </w:tr>
      <w:tr w:rsidR="005E3B13" w14:paraId="399B9FAC" w14:textId="77777777" w:rsidTr="417B1CC7">
        <w:tc>
          <w:tcPr>
            <w:tcW w:w="2172" w:type="dxa"/>
          </w:tcPr>
          <w:p w14:paraId="1A80BF27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Laura Bolton</w:t>
            </w:r>
          </w:p>
        </w:tc>
        <w:tc>
          <w:tcPr>
            <w:tcW w:w="2698" w:type="dxa"/>
          </w:tcPr>
          <w:p w14:paraId="144A5D23" w14:textId="309B80BE" w:rsidR="005E3B13" w:rsidRDefault="7D5B699B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ED</w:t>
            </w:r>
          </w:p>
        </w:tc>
        <w:tc>
          <w:tcPr>
            <w:tcW w:w="4320" w:type="dxa"/>
          </w:tcPr>
          <w:p w14:paraId="738610EB" w14:textId="4B612C73" w:rsidR="005E3B13" w:rsidRDefault="6BB06F66">
            <w:hyperlink r:id="rId51">
              <w:r w:rsidRPr="686D9608">
                <w:rPr>
                  <w:rStyle w:val="Hyperlink"/>
                </w:rPr>
                <w:t>Laura.Bolton@northyorks.gov.uk</w:t>
              </w:r>
            </w:hyperlink>
            <w:r>
              <w:t xml:space="preserve"> </w:t>
            </w:r>
          </w:p>
        </w:tc>
      </w:tr>
      <w:tr w:rsidR="005E3B13" w14:paraId="0892C7FE" w14:textId="77777777" w:rsidTr="417B1CC7">
        <w:tc>
          <w:tcPr>
            <w:tcW w:w="2172" w:type="dxa"/>
          </w:tcPr>
          <w:p w14:paraId="6FC47F4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Olivia Richards</w:t>
            </w:r>
          </w:p>
        </w:tc>
        <w:tc>
          <w:tcPr>
            <w:tcW w:w="2698" w:type="dxa"/>
          </w:tcPr>
          <w:p w14:paraId="637805D2" w14:textId="5DBFC461" w:rsidR="005E3B13" w:rsidRDefault="56D7CFF5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77CE7F05" w:rsidRPr="686D9608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463F29E8" w14:textId="2FF14BFC" w:rsidR="005E3B13" w:rsidRDefault="77CE7F05">
            <w:hyperlink r:id="rId52">
              <w:r w:rsidRPr="686D9608">
                <w:rPr>
                  <w:rStyle w:val="Hyperlink"/>
                </w:rPr>
                <w:t>Olivia.Richards@northyorks.gov.uk</w:t>
              </w:r>
            </w:hyperlink>
            <w:r>
              <w:t xml:space="preserve"> </w:t>
            </w:r>
          </w:p>
        </w:tc>
      </w:tr>
      <w:tr w:rsidR="005E3B13" w14:paraId="3F5AE917" w14:textId="77777777" w:rsidTr="417B1CC7">
        <w:tc>
          <w:tcPr>
            <w:tcW w:w="2172" w:type="dxa"/>
          </w:tcPr>
          <w:p w14:paraId="398A776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Stacey Gould</w:t>
            </w:r>
          </w:p>
        </w:tc>
        <w:tc>
          <w:tcPr>
            <w:tcW w:w="2698" w:type="dxa"/>
          </w:tcPr>
          <w:p w14:paraId="3B7B4B86" w14:textId="612CD727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ED</w:t>
            </w:r>
          </w:p>
        </w:tc>
        <w:tc>
          <w:tcPr>
            <w:tcW w:w="4320" w:type="dxa"/>
          </w:tcPr>
          <w:p w14:paraId="3A0FF5F2" w14:textId="0F02516A" w:rsidR="005E3B13" w:rsidRDefault="6D653796">
            <w:hyperlink r:id="rId53">
              <w:r w:rsidRPr="686D9608">
                <w:rPr>
                  <w:rStyle w:val="Hyperlink"/>
                </w:rPr>
                <w:t>Stacey.Gould@northyorks.gov.uk</w:t>
              </w:r>
            </w:hyperlink>
            <w:r>
              <w:t xml:space="preserve"> </w:t>
            </w:r>
          </w:p>
        </w:tc>
      </w:tr>
      <w:tr w:rsidR="005E3B13" w14:paraId="111FD5FE" w14:textId="77777777" w:rsidTr="417B1CC7">
        <w:tc>
          <w:tcPr>
            <w:tcW w:w="2172" w:type="dxa"/>
          </w:tcPr>
          <w:p w14:paraId="1895CA88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lastRenderedPageBreak/>
              <w:t>Suzanne Coon</w:t>
            </w:r>
          </w:p>
        </w:tc>
        <w:tc>
          <w:tcPr>
            <w:tcW w:w="2698" w:type="dxa"/>
          </w:tcPr>
          <w:p w14:paraId="5630AD66" w14:textId="39798CDF" w:rsidR="005E3B13" w:rsidRDefault="323CC7DC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3F20DD71" w:rsidRPr="686D9608">
              <w:rPr>
                <w:rFonts w:ascii="Arial Nova" w:eastAsia="Arial Nova" w:hAnsi="Arial Nova" w:cs="Arial Nova"/>
              </w:rPr>
              <w:t xml:space="preserve"> Practitioner C&amp;</w:t>
            </w:r>
            <w:r w:rsidR="300348AE" w:rsidRPr="15225C8E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61829076" w14:textId="0662280F" w:rsidR="005E3B13" w:rsidRDefault="3F20DD71">
            <w:hyperlink r:id="rId54">
              <w:r w:rsidRPr="686D9608">
                <w:rPr>
                  <w:rStyle w:val="Hyperlink"/>
                </w:rPr>
                <w:t>Suzanne.Coon@northyorks.gov.uk</w:t>
              </w:r>
            </w:hyperlink>
            <w:r>
              <w:t xml:space="preserve"> </w:t>
            </w:r>
          </w:p>
        </w:tc>
      </w:tr>
      <w:tr w:rsidR="005E3B13" w14:paraId="3D7882BD" w14:textId="77777777" w:rsidTr="417B1CC7">
        <w:tc>
          <w:tcPr>
            <w:tcW w:w="2172" w:type="dxa"/>
          </w:tcPr>
          <w:p w14:paraId="0CDC2E86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Tracy Johnson Hughes</w:t>
            </w:r>
          </w:p>
        </w:tc>
        <w:tc>
          <w:tcPr>
            <w:tcW w:w="2698" w:type="dxa"/>
          </w:tcPr>
          <w:p w14:paraId="2BA226A1" w14:textId="68670A58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ED</w:t>
            </w:r>
          </w:p>
        </w:tc>
        <w:tc>
          <w:tcPr>
            <w:tcW w:w="4320" w:type="dxa"/>
          </w:tcPr>
          <w:p w14:paraId="17AD93B2" w14:textId="54C46C4D" w:rsidR="005E3B13" w:rsidRDefault="5AE328DD">
            <w:hyperlink r:id="rId55">
              <w:r w:rsidRPr="417B1CC7">
                <w:rPr>
                  <w:rStyle w:val="Hyperlink"/>
                </w:rPr>
                <w:t>Tracy.Johnson-Hughes@northyorks.gov.uk</w:t>
              </w:r>
            </w:hyperlink>
            <w:r>
              <w:t xml:space="preserve"> </w:t>
            </w:r>
          </w:p>
        </w:tc>
      </w:tr>
      <w:tr w:rsidR="005E3B13" w14:paraId="0B959CC6" w14:textId="77777777" w:rsidTr="417B1CC7">
        <w:tc>
          <w:tcPr>
            <w:tcW w:w="2172" w:type="dxa"/>
          </w:tcPr>
          <w:p w14:paraId="14A94C9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Vicky Ellis Whitaker</w:t>
            </w:r>
          </w:p>
        </w:tc>
        <w:tc>
          <w:tcPr>
            <w:tcW w:w="2698" w:type="dxa"/>
          </w:tcPr>
          <w:p w14:paraId="0DE4B5B7" w14:textId="678CEAD1" w:rsidR="005E3B13" w:rsidRDefault="29710977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2E7ECD11" w:rsidRPr="686D9608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66204FF1" w14:textId="5974EFDA" w:rsidR="005E3B13" w:rsidRDefault="2E7ECD11">
            <w:r>
              <w:t xml:space="preserve"> </w:t>
            </w:r>
            <w:hyperlink r:id="rId56">
              <w:r w:rsidRPr="686D9608">
                <w:rPr>
                  <w:rStyle w:val="Hyperlink"/>
                </w:rPr>
                <w:t>Vicky.Ellis-Whitaker@northyorks.gov.uk</w:t>
              </w:r>
            </w:hyperlink>
            <w:r>
              <w:t xml:space="preserve"> </w:t>
            </w:r>
          </w:p>
        </w:tc>
      </w:tr>
      <w:tr w:rsidR="005E3B13" w14:paraId="16DE8291" w14:textId="77777777" w:rsidTr="417B1CC7">
        <w:tc>
          <w:tcPr>
            <w:tcW w:w="2172" w:type="dxa"/>
          </w:tcPr>
          <w:p w14:paraId="3EEA54F0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Zoe Green</w:t>
            </w:r>
          </w:p>
        </w:tc>
        <w:tc>
          <w:tcPr>
            <w:tcW w:w="2698" w:type="dxa"/>
          </w:tcPr>
          <w:p w14:paraId="2DBF0D7D" w14:textId="5FC99D17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62339A96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6B62F1B3" w14:textId="19018A36" w:rsidR="005E3B13" w:rsidRDefault="3EF9E3FE">
            <w:hyperlink r:id="rId57">
              <w:r w:rsidRPr="686D9608">
                <w:rPr>
                  <w:rStyle w:val="Hyperlink"/>
                </w:rPr>
                <w:t>Zoe.Green@northyorks.gov.uk</w:t>
              </w:r>
            </w:hyperlink>
            <w:r>
              <w:t xml:space="preserve"> </w:t>
            </w:r>
          </w:p>
        </w:tc>
      </w:tr>
      <w:tr w:rsidR="686D9608" w14:paraId="353E6E4B" w14:textId="77777777" w:rsidTr="417B1CC7">
        <w:trPr>
          <w:trHeight w:val="300"/>
        </w:trPr>
        <w:tc>
          <w:tcPr>
            <w:tcW w:w="9190" w:type="dxa"/>
            <w:gridSpan w:val="3"/>
          </w:tcPr>
          <w:p w14:paraId="2EF88121" w14:textId="18992687" w:rsidR="686D9608" w:rsidRDefault="686D9608" w:rsidP="686D9608">
            <w:pPr>
              <w:rPr>
                <w:rFonts w:ascii="Arial Nova" w:eastAsia="Arial Nova" w:hAnsi="Arial Nova" w:cs="Arial Nova"/>
              </w:rPr>
            </w:pPr>
          </w:p>
          <w:p w14:paraId="0AC29187" w14:textId="7C2D3D98" w:rsidR="3EF9E3FE" w:rsidRDefault="00933314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Harrogate, Ripon</w:t>
            </w:r>
            <w:r w:rsidR="3EF9E3FE" w:rsidRPr="686D9608">
              <w:rPr>
                <w:rFonts w:ascii="Arial Nova" w:eastAsia="Arial Nova" w:hAnsi="Arial Nova" w:cs="Arial Nova"/>
                <w:b/>
                <w:bCs/>
              </w:rPr>
              <w:t xml:space="preserve">, Knaresborough Craven (HRKC) </w:t>
            </w:r>
            <w:r>
              <w:rPr>
                <w:rFonts w:ascii="Arial Nova" w:eastAsia="Arial Nova" w:hAnsi="Arial Nova" w:cs="Arial Nova"/>
                <w:b/>
                <w:bCs/>
              </w:rPr>
              <w:t>Inclusion</w:t>
            </w:r>
            <w:r w:rsidRPr="686D9608">
              <w:rPr>
                <w:rFonts w:ascii="Arial Nova" w:eastAsia="Arial Nova" w:hAnsi="Arial Nova" w:cs="Arial Nova"/>
                <w:b/>
                <w:bCs/>
              </w:rPr>
              <w:t xml:space="preserve"> Hub</w:t>
            </w:r>
          </w:p>
        </w:tc>
      </w:tr>
      <w:tr w:rsidR="005E3B13" w14:paraId="7C40AFC0" w14:textId="77777777" w:rsidTr="417B1CC7">
        <w:tc>
          <w:tcPr>
            <w:tcW w:w="2172" w:type="dxa"/>
          </w:tcPr>
          <w:p w14:paraId="138F2BE7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Jo Collett</w:t>
            </w:r>
          </w:p>
        </w:tc>
        <w:tc>
          <w:tcPr>
            <w:tcW w:w="2698" w:type="dxa"/>
          </w:tcPr>
          <w:p w14:paraId="02F2C34E" w14:textId="1F6FF84B" w:rsidR="005E3B13" w:rsidRDefault="66CBC617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SaLT Manager</w:t>
            </w:r>
          </w:p>
        </w:tc>
        <w:tc>
          <w:tcPr>
            <w:tcW w:w="4320" w:type="dxa"/>
          </w:tcPr>
          <w:p w14:paraId="680A4E5D" w14:textId="6DAA39E4" w:rsidR="005E3B13" w:rsidRDefault="66CBC617">
            <w:hyperlink r:id="rId58">
              <w:r w:rsidRPr="686D9608">
                <w:rPr>
                  <w:rStyle w:val="Hyperlink"/>
                </w:rPr>
                <w:t>Jo.Collett@northyorks.gov.uk</w:t>
              </w:r>
            </w:hyperlink>
            <w:r>
              <w:t xml:space="preserve"> </w:t>
            </w:r>
          </w:p>
        </w:tc>
      </w:tr>
      <w:tr w:rsidR="005E3B13" w14:paraId="23EF7B37" w14:textId="77777777" w:rsidTr="417B1CC7">
        <w:tc>
          <w:tcPr>
            <w:tcW w:w="2172" w:type="dxa"/>
          </w:tcPr>
          <w:p w14:paraId="352C139E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Emma Pollock</w:t>
            </w:r>
          </w:p>
        </w:tc>
        <w:tc>
          <w:tcPr>
            <w:tcW w:w="2698" w:type="dxa"/>
          </w:tcPr>
          <w:p w14:paraId="19219836" w14:textId="6F9218D3" w:rsidR="005E3B13" w:rsidRDefault="5F33D1EB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SaLT</w:t>
            </w:r>
          </w:p>
        </w:tc>
        <w:tc>
          <w:tcPr>
            <w:tcW w:w="4320" w:type="dxa"/>
          </w:tcPr>
          <w:p w14:paraId="296FEF7D" w14:textId="2C77A77C" w:rsidR="005E3B13" w:rsidRDefault="30A01270">
            <w:hyperlink r:id="rId59">
              <w:r w:rsidRPr="686D9608">
                <w:rPr>
                  <w:rStyle w:val="Hyperlink"/>
                </w:rPr>
                <w:t>Emma.Pollock@northyorks.gov.uk</w:t>
              </w:r>
            </w:hyperlink>
            <w:r>
              <w:t xml:space="preserve"> </w:t>
            </w:r>
          </w:p>
        </w:tc>
      </w:tr>
      <w:tr w:rsidR="005E3B13" w14:paraId="2E8F284F" w14:textId="77777777" w:rsidTr="417B1CC7">
        <w:tc>
          <w:tcPr>
            <w:tcW w:w="2172" w:type="dxa"/>
          </w:tcPr>
          <w:p w14:paraId="4DA4EF6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Carol Moxon</w:t>
            </w:r>
          </w:p>
        </w:tc>
        <w:tc>
          <w:tcPr>
            <w:tcW w:w="2698" w:type="dxa"/>
          </w:tcPr>
          <w:p w14:paraId="7194DBDC" w14:textId="539DE8D9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420D52E1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769D0D3C" w14:textId="415C6101" w:rsidR="005E3B13" w:rsidRDefault="6320226A">
            <w:hyperlink r:id="rId60">
              <w:r w:rsidRPr="686D9608">
                <w:rPr>
                  <w:rStyle w:val="Hyperlink"/>
                </w:rPr>
                <w:t>Carol.Moxon@northyorks.gov.uk</w:t>
              </w:r>
            </w:hyperlink>
            <w:r>
              <w:t xml:space="preserve"> </w:t>
            </w:r>
          </w:p>
        </w:tc>
      </w:tr>
      <w:tr w:rsidR="005E3B13" w14:paraId="1FDF3828" w14:textId="77777777" w:rsidTr="417B1CC7">
        <w:tc>
          <w:tcPr>
            <w:tcW w:w="2172" w:type="dxa"/>
          </w:tcPr>
          <w:p w14:paraId="07414FC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Catherine Baranyai</w:t>
            </w:r>
          </w:p>
        </w:tc>
        <w:tc>
          <w:tcPr>
            <w:tcW w:w="2698" w:type="dxa"/>
          </w:tcPr>
          <w:p w14:paraId="54CD245A" w14:textId="0B0AD7BE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420D52E1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1231BE67" w14:textId="4BD57487" w:rsidR="005E3B13" w:rsidRDefault="6331F7A2">
            <w:hyperlink r:id="rId61">
              <w:r w:rsidRPr="686D9608">
                <w:rPr>
                  <w:rStyle w:val="Hyperlink"/>
                </w:rPr>
                <w:t>Catherine.Baranyai@northyorks.gov.uk</w:t>
              </w:r>
            </w:hyperlink>
            <w:r>
              <w:t xml:space="preserve"> </w:t>
            </w:r>
          </w:p>
        </w:tc>
      </w:tr>
      <w:tr w:rsidR="005E3B13" w14:paraId="6E8BF248" w14:textId="77777777" w:rsidTr="417B1CC7">
        <w:tc>
          <w:tcPr>
            <w:tcW w:w="2172" w:type="dxa"/>
          </w:tcPr>
          <w:p w14:paraId="07DF3EF5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Julia Stega</w:t>
            </w:r>
          </w:p>
        </w:tc>
        <w:tc>
          <w:tcPr>
            <w:tcW w:w="2698" w:type="dxa"/>
          </w:tcPr>
          <w:p w14:paraId="36FEB5B0" w14:textId="15D257A4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</w:t>
            </w:r>
            <w:r w:rsidR="26F14D4A" w:rsidRPr="15225C8E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30D7AA69" w14:textId="73E6CAB4" w:rsidR="005E3B13" w:rsidRDefault="1EBA61F3">
            <w:hyperlink r:id="rId62">
              <w:r w:rsidRPr="686D9608">
                <w:rPr>
                  <w:rStyle w:val="Hyperlink"/>
                </w:rPr>
                <w:t>Julia.Stega@northyorks.gov.uk</w:t>
              </w:r>
            </w:hyperlink>
            <w:r>
              <w:t xml:space="preserve"> </w:t>
            </w:r>
          </w:p>
        </w:tc>
      </w:tr>
      <w:tr w:rsidR="005E3B13" w14:paraId="26AFEE34" w14:textId="77777777" w:rsidTr="417B1CC7">
        <w:tc>
          <w:tcPr>
            <w:tcW w:w="2172" w:type="dxa"/>
          </w:tcPr>
          <w:p w14:paraId="68849B0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Helen Sturt</w:t>
            </w:r>
          </w:p>
        </w:tc>
        <w:tc>
          <w:tcPr>
            <w:tcW w:w="2698" w:type="dxa"/>
          </w:tcPr>
          <w:p w14:paraId="7196D064" w14:textId="2C11FDAA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Advisory Teacher C&amp;</w:t>
            </w:r>
            <w:r w:rsidR="3B23383F" w:rsidRPr="417B1CC7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34FF1C98" w14:textId="42D7C033" w:rsidR="005E3B13" w:rsidRDefault="5678B929">
            <w:hyperlink r:id="rId63">
              <w:r w:rsidRPr="686D9608">
                <w:rPr>
                  <w:rStyle w:val="Hyperlink"/>
                </w:rPr>
                <w:t>Helen.Sturt@northyorks.gov.uk</w:t>
              </w:r>
            </w:hyperlink>
            <w:r>
              <w:t xml:space="preserve"> </w:t>
            </w:r>
          </w:p>
        </w:tc>
      </w:tr>
      <w:tr w:rsidR="005E3B13" w14:paraId="22DF8402" w14:textId="77777777" w:rsidTr="417B1CC7">
        <w:tc>
          <w:tcPr>
            <w:tcW w:w="2172" w:type="dxa"/>
          </w:tcPr>
          <w:p w14:paraId="02FD7A5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Judith Farrar</w:t>
            </w:r>
          </w:p>
        </w:tc>
        <w:tc>
          <w:tcPr>
            <w:tcW w:w="2698" w:type="dxa"/>
          </w:tcPr>
          <w:p w14:paraId="6D072C0D" w14:textId="67B4A540" w:rsidR="005E3B13" w:rsidRDefault="54BA81B3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3EB29B96" w:rsidRPr="686D9608">
              <w:rPr>
                <w:rFonts w:ascii="Arial Nova" w:eastAsia="Arial Nova" w:hAnsi="Arial Nova" w:cs="Arial Nova"/>
              </w:rPr>
              <w:t xml:space="preserve"> Practitioner C&amp;</w:t>
            </w:r>
            <w:r w:rsidR="2C81AD4C" w:rsidRPr="15225C8E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48A21919" w14:textId="0112309F" w:rsidR="005E3B13" w:rsidRDefault="3EB29B96">
            <w:hyperlink r:id="rId64">
              <w:r w:rsidRPr="686D9608">
                <w:rPr>
                  <w:rStyle w:val="Hyperlink"/>
                </w:rPr>
                <w:t>Judith.Farrar@northyorks.gov.uk</w:t>
              </w:r>
            </w:hyperlink>
            <w:r>
              <w:t xml:space="preserve"> </w:t>
            </w:r>
          </w:p>
        </w:tc>
      </w:tr>
      <w:tr w:rsidR="005E3B13" w14:paraId="18B8CB01" w14:textId="77777777" w:rsidTr="417B1CC7">
        <w:tc>
          <w:tcPr>
            <w:tcW w:w="2172" w:type="dxa"/>
          </w:tcPr>
          <w:p w14:paraId="00B778F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Tracy Ashton</w:t>
            </w:r>
          </w:p>
        </w:tc>
        <w:tc>
          <w:tcPr>
            <w:tcW w:w="2698" w:type="dxa"/>
          </w:tcPr>
          <w:p w14:paraId="6BD18F9B" w14:textId="1A868D4F" w:rsidR="005E3B13" w:rsidRDefault="6D5458FA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Inclusion</w:t>
            </w:r>
            <w:r w:rsidR="50592623" w:rsidRPr="417B1CC7">
              <w:rPr>
                <w:rFonts w:ascii="Arial Nova" w:eastAsia="Arial Nova" w:hAnsi="Arial Nova" w:cs="Arial Nova"/>
              </w:rPr>
              <w:t xml:space="preserve"> Practitioner C&amp;</w:t>
            </w:r>
            <w:r w:rsidR="690F4435" w:rsidRPr="417B1CC7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238601FE" w14:textId="5ACC6706" w:rsidR="005E3B13" w:rsidRDefault="50592623">
            <w:hyperlink r:id="rId65">
              <w:r w:rsidRPr="686D9608">
                <w:rPr>
                  <w:rStyle w:val="Hyperlink"/>
                </w:rPr>
                <w:t>Tracy.Ashton@northyorks.gov.uk</w:t>
              </w:r>
            </w:hyperlink>
            <w:r>
              <w:t xml:space="preserve"> </w:t>
            </w:r>
          </w:p>
        </w:tc>
      </w:tr>
      <w:tr w:rsidR="005E3B13" w14:paraId="304E1579" w14:textId="77777777" w:rsidTr="417B1CC7">
        <w:tc>
          <w:tcPr>
            <w:tcW w:w="2172" w:type="dxa"/>
          </w:tcPr>
          <w:p w14:paraId="01C3FFE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Laura Henry</w:t>
            </w:r>
          </w:p>
        </w:tc>
        <w:tc>
          <w:tcPr>
            <w:tcW w:w="2698" w:type="dxa"/>
          </w:tcPr>
          <w:p w14:paraId="0F3CABC7" w14:textId="68AE8761" w:rsidR="005E3B13" w:rsidRDefault="00057710" w:rsidP="686D960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</w:rPr>
              <w:t>Inclusion Specialist SEMH</w:t>
            </w:r>
          </w:p>
        </w:tc>
        <w:tc>
          <w:tcPr>
            <w:tcW w:w="4320" w:type="dxa"/>
          </w:tcPr>
          <w:p w14:paraId="5B08B5D1" w14:textId="3272B8B7" w:rsidR="005E3B13" w:rsidRDefault="3035DC42">
            <w:hyperlink r:id="rId66">
              <w:r w:rsidRPr="686D9608">
                <w:rPr>
                  <w:rStyle w:val="Hyperlink"/>
                </w:rPr>
                <w:t>Laura.Henry@northyorks.gov.uk</w:t>
              </w:r>
            </w:hyperlink>
            <w:r>
              <w:t xml:space="preserve"> </w:t>
            </w:r>
          </w:p>
        </w:tc>
      </w:tr>
      <w:tr w:rsidR="005E3B13" w14:paraId="784D3679" w14:textId="77777777" w:rsidTr="417B1CC7">
        <w:tc>
          <w:tcPr>
            <w:tcW w:w="2172" w:type="dxa"/>
          </w:tcPr>
          <w:p w14:paraId="34F7EA97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Joanne Barnard</w:t>
            </w:r>
          </w:p>
        </w:tc>
        <w:tc>
          <w:tcPr>
            <w:tcW w:w="2698" w:type="dxa"/>
          </w:tcPr>
          <w:p w14:paraId="16DEB4AB" w14:textId="1AD002F4" w:rsidR="005E3B13" w:rsidRDefault="705C622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</w:t>
            </w:r>
            <w:r w:rsidR="27B75244" w:rsidRPr="686D9608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0AD9C6F4" w14:textId="123C0ABB" w:rsidR="005E3B13" w:rsidRDefault="27B75244">
            <w:hyperlink r:id="rId67">
              <w:r w:rsidRPr="686D9608">
                <w:rPr>
                  <w:rStyle w:val="Hyperlink"/>
                </w:rPr>
                <w:t>Joanne.Barnard@northyorks.gov.uk</w:t>
              </w:r>
            </w:hyperlink>
            <w:r>
              <w:t xml:space="preserve"> </w:t>
            </w:r>
          </w:p>
        </w:tc>
      </w:tr>
      <w:tr w:rsidR="005E3B13" w14:paraId="2FA9D2AB" w14:textId="77777777" w:rsidTr="417B1CC7">
        <w:tc>
          <w:tcPr>
            <w:tcW w:w="2172" w:type="dxa"/>
          </w:tcPr>
          <w:p w14:paraId="77E469A8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Amie Whitfield</w:t>
            </w:r>
          </w:p>
        </w:tc>
        <w:tc>
          <w:tcPr>
            <w:tcW w:w="2698" w:type="dxa"/>
          </w:tcPr>
          <w:p w14:paraId="4B1F511A" w14:textId="618F28B5" w:rsidR="005E3B13" w:rsidRDefault="38DB2FF7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Inclusion</w:t>
            </w:r>
            <w:r w:rsidR="4C8320FF" w:rsidRPr="417B1CC7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65F9C3DC" w14:textId="16EA5BD4" w:rsidR="005E3B13" w:rsidRDefault="4C8320FF">
            <w:hyperlink r:id="rId68">
              <w:r w:rsidRPr="686D9608">
                <w:rPr>
                  <w:rStyle w:val="Hyperlink"/>
                </w:rPr>
                <w:t>Amie.Whitfield@northyorks.gov.uk</w:t>
              </w:r>
            </w:hyperlink>
            <w:r>
              <w:t xml:space="preserve"> </w:t>
            </w:r>
          </w:p>
        </w:tc>
      </w:tr>
      <w:tr w:rsidR="005E3B13" w14:paraId="06B27E87" w14:textId="77777777" w:rsidTr="417B1CC7">
        <w:tc>
          <w:tcPr>
            <w:tcW w:w="2172" w:type="dxa"/>
          </w:tcPr>
          <w:p w14:paraId="63D2247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Stephanie Allport</w:t>
            </w:r>
          </w:p>
        </w:tc>
        <w:tc>
          <w:tcPr>
            <w:tcW w:w="2698" w:type="dxa"/>
          </w:tcPr>
          <w:p w14:paraId="5023141B" w14:textId="744984ED" w:rsidR="005E3B13" w:rsidRDefault="1DA068F2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Inclusion</w:t>
            </w:r>
            <w:r w:rsidR="17FD33E5" w:rsidRPr="417B1CC7">
              <w:rPr>
                <w:rFonts w:ascii="Arial Nova" w:eastAsia="Arial Nova" w:hAnsi="Arial Nova" w:cs="Arial Nova"/>
              </w:rPr>
              <w:t xml:space="preserve"> Practitioner SEMH</w:t>
            </w:r>
          </w:p>
        </w:tc>
        <w:tc>
          <w:tcPr>
            <w:tcW w:w="4320" w:type="dxa"/>
          </w:tcPr>
          <w:p w14:paraId="1F3B1409" w14:textId="07E44D88" w:rsidR="005E3B13" w:rsidRDefault="17FD33E5">
            <w:hyperlink r:id="rId69">
              <w:r w:rsidRPr="686D9608">
                <w:rPr>
                  <w:rStyle w:val="Hyperlink"/>
                </w:rPr>
                <w:t>Stephanie.Allport@northyorks.gov.uk</w:t>
              </w:r>
            </w:hyperlink>
            <w:r>
              <w:t xml:space="preserve"> </w:t>
            </w:r>
          </w:p>
        </w:tc>
      </w:tr>
      <w:tr w:rsidR="005E3B13" w14:paraId="06476D7C" w14:textId="77777777" w:rsidTr="417B1CC7">
        <w:tc>
          <w:tcPr>
            <w:tcW w:w="2172" w:type="dxa"/>
          </w:tcPr>
          <w:p w14:paraId="4C2007AB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Anna Grant</w:t>
            </w:r>
          </w:p>
        </w:tc>
        <w:tc>
          <w:tcPr>
            <w:tcW w:w="2698" w:type="dxa"/>
          </w:tcPr>
          <w:p w14:paraId="2220C0D3" w14:textId="77777777" w:rsidR="005E3B13" w:rsidRDefault="56C8F61B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ED</w:t>
            </w:r>
          </w:p>
          <w:p w14:paraId="562C75D1" w14:textId="21B0837C" w:rsidR="005E3B13" w:rsidRDefault="005E3B13" w:rsidP="686D9608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4320" w:type="dxa"/>
          </w:tcPr>
          <w:p w14:paraId="664355AD" w14:textId="3E80E445" w:rsidR="005E3B13" w:rsidRDefault="3A8C74EC">
            <w:hyperlink r:id="rId70">
              <w:r w:rsidRPr="686D9608">
                <w:rPr>
                  <w:rStyle w:val="Hyperlink"/>
                </w:rPr>
                <w:t>Anna.Grant@northyorks.gov.uk</w:t>
              </w:r>
            </w:hyperlink>
            <w:r>
              <w:t xml:space="preserve"> </w:t>
            </w:r>
          </w:p>
        </w:tc>
      </w:tr>
      <w:tr w:rsidR="005E3B13" w14:paraId="14F18195" w14:textId="77777777" w:rsidTr="417B1CC7">
        <w:trPr>
          <w:trHeight w:val="750"/>
        </w:trPr>
        <w:tc>
          <w:tcPr>
            <w:tcW w:w="2172" w:type="dxa"/>
          </w:tcPr>
          <w:p w14:paraId="0435F6F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Michelle Smith</w:t>
            </w:r>
          </w:p>
        </w:tc>
        <w:tc>
          <w:tcPr>
            <w:tcW w:w="2698" w:type="dxa"/>
          </w:tcPr>
          <w:p w14:paraId="1A965116" w14:textId="4D7517B0" w:rsidR="005E3B13" w:rsidRDefault="0291B98C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Inclusion Practitioner ED</w:t>
            </w:r>
          </w:p>
        </w:tc>
        <w:tc>
          <w:tcPr>
            <w:tcW w:w="4320" w:type="dxa"/>
          </w:tcPr>
          <w:p w14:paraId="7DF4E37C" w14:textId="02EA470C" w:rsidR="005E3B13" w:rsidRDefault="250E637F">
            <w:hyperlink r:id="rId71">
              <w:r w:rsidRPr="686D9608">
                <w:rPr>
                  <w:rStyle w:val="Hyperlink"/>
                </w:rPr>
                <w:t>Michelle.Smith@northyorks.gov.uk</w:t>
              </w:r>
            </w:hyperlink>
            <w:r>
              <w:t xml:space="preserve"> </w:t>
            </w:r>
          </w:p>
        </w:tc>
      </w:tr>
      <w:tr w:rsidR="005E3B13" w14:paraId="773E231C" w14:textId="77777777" w:rsidTr="417B1CC7">
        <w:tc>
          <w:tcPr>
            <w:tcW w:w="2172" w:type="dxa"/>
          </w:tcPr>
          <w:p w14:paraId="48FBCC4B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Elisabeth Graham-Bell</w:t>
            </w:r>
          </w:p>
        </w:tc>
        <w:tc>
          <w:tcPr>
            <w:tcW w:w="2698" w:type="dxa"/>
          </w:tcPr>
          <w:p w14:paraId="3041E394" w14:textId="7F595A05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 xml:space="preserve">Advisory Teacher </w:t>
            </w:r>
            <w:r w:rsidRPr="0189B584">
              <w:rPr>
                <w:rFonts w:ascii="Arial Nova" w:eastAsia="Arial Nova" w:hAnsi="Arial Nova" w:cs="Arial Nova"/>
              </w:rPr>
              <w:t>ED</w:t>
            </w:r>
          </w:p>
        </w:tc>
        <w:tc>
          <w:tcPr>
            <w:tcW w:w="4320" w:type="dxa"/>
          </w:tcPr>
          <w:p w14:paraId="722B00AE" w14:textId="2DBA041F" w:rsidR="005E3B13" w:rsidRDefault="6A8E889B">
            <w:hyperlink r:id="rId72">
              <w:r w:rsidRPr="6A8E889B">
                <w:rPr>
                  <w:rStyle w:val="Hyperlink"/>
                </w:rPr>
                <w:t>Elisabeth.Graham-Bell@northyorks.gov.uk</w:t>
              </w:r>
            </w:hyperlink>
            <w:r>
              <w:t xml:space="preserve"> </w:t>
            </w:r>
          </w:p>
        </w:tc>
      </w:tr>
      <w:tr w:rsidR="005E3B13" w14:paraId="61F02CE3" w14:textId="77777777" w:rsidTr="417B1CC7">
        <w:tc>
          <w:tcPr>
            <w:tcW w:w="2172" w:type="dxa"/>
          </w:tcPr>
          <w:p w14:paraId="0938F9E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Mary White</w:t>
            </w:r>
          </w:p>
        </w:tc>
        <w:tc>
          <w:tcPr>
            <w:tcW w:w="2698" w:type="dxa"/>
          </w:tcPr>
          <w:p w14:paraId="42C6D796" w14:textId="150098EA" w:rsidR="005E3B13" w:rsidRDefault="0B4868BC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C&amp;L</w:t>
            </w:r>
          </w:p>
        </w:tc>
        <w:tc>
          <w:tcPr>
            <w:tcW w:w="4320" w:type="dxa"/>
          </w:tcPr>
          <w:p w14:paraId="6E1831B3" w14:textId="75621500" w:rsidR="005E3B13" w:rsidRDefault="0B4868BC">
            <w:hyperlink r:id="rId73">
              <w:r w:rsidRPr="686D9608">
                <w:rPr>
                  <w:rStyle w:val="Hyperlink"/>
                </w:rPr>
                <w:t>Mary.White2@northyorks.gov.uk</w:t>
              </w:r>
            </w:hyperlink>
            <w:r>
              <w:t xml:space="preserve"> </w:t>
            </w:r>
          </w:p>
        </w:tc>
      </w:tr>
      <w:tr w:rsidR="686D9608" w14:paraId="58FA43CE" w14:textId="77777777" w:rsidTr="417B1CC7">
        <w:trPr>
          <w:trHeight w:val="300"/>
        </w:trPr>
        <w:tc>
          <w:tcPr>
            <w:tcW w:w="9190" w:type="dxa"/>
            <w:gridSpan w:val="3"/>
          </w:tcPr>
          <w:p w14:paraId="213BC971" w14:textId="4052D09A" w:rsidR="686D9608" w:rsidRDefault="686D9608" w:rsidP="686D9608">
            <w:pPr>
              <w:rPr>
                <w:rFonts w:ascii="Arial Nova" w:eastAsia="Arial Nova" w:hAnsi="Arial Nova" w:cs="Arial Nova"/>
              </w:rPr>
            </w:pPr>
          </w:p>
          <w:p w14:paraId="4DAB53DA" w14:textId="10E55A94" w:rsidR="0B4868BC" w:rsidRDefault="0B4868BC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417B1CC7">
              <w:rPr>
                <w:rFonts w:ascii="Arial Nova" w:eastAsia="Arial Nova" w:hAnsi="Arial Nova" w:cs="Arial Nova"/>
                <w:b/>
                <w:bCs/>
              </w:rPr>
              <w:t xml:space="preserve">Hambleton and </w:t>
            </w:r>
            <w:r w:rsidR="1A3B78A5" w:rsidRPr="417B1CC7">
              <w:rPr>
                <w:rFonts w:ascii="Arial Nova" w:eastAsia="Arial Nova" w:hAnsi="Arial Nova" w:cs="Arial Nova"/>
                <w:b/>
                <w:bCs/>
              </w:rPr>
              <w:t>Richmondshire</w:t>
            </w:r>
            <w:r w:rsidR="00933314" w:rsidRPr="417B1CC7">
              <w:rPr>
                <w:rFonts w:ascii="Arial Nova" w:eastAsia="Arial Nova" w:hAnsi="Arial Nova" w:cs="Arial Nova"/>
                <w:b/>
                <w:bCs/>
              </w:rPr>
              <w:t xml:space="preserve"> Inclusion Hub</w:t>
            </w:r>
          </w:p>
        </w:tc>
      </w:tr>
      <w:tr w:rsidR="005E3B13" w14:paraId="5A4EFA46" w14:textId="77777777" w:rsidTr="417B1CC7">
        <w:tc>
          <w:tcPr>
            <w:tcW w:w="2172" w:type="dxa"/>
          </w:tcPr>
          <w:p w14:paraId="62BBF250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Elizabeth Fawcett</w:t>
            </w:r>
          </w:p>
        </w:tc>
        <w:tc>
          <w:tcPr>
            <w:tcW w:w="2698" w:type="dxa"/>
          </w:tcPr>
          <w:p w14:paraId="54E11D2A" w14:textId="11BCF6AE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ED</w:t>
            </w:r>
          </w:p>
        </w:tc>
        <w:tc>
          <w:tcPr>
            <w:tcW w:w="4320" w:type="dxa"/>
          </w:tcPr>
          <w:p w14:paraId="31126E5D" w14:textId="72C502EF" w:rsidR="005E3B13" w:rsidRDefault="3BF1C3F3">
            <w:hyperlink r:id="rId74">
              <w:r w:rsidRPr="686D9608">
                <w:rPr>
                  <w:rStyle w:val="Hyperlink"/>
                </w:rPr>
                <w:t>Elizabeth.Fawcett@northyorks.gov.uk</w:t>
              </w:r>
            </w:hyperlink>
            <w:r>
              <w:t xml:space="preserve"> </w:t>
            </w:r>
          </w:p>
        </w:tc>
      </w:tr>
      <w:tr w:rsidR="005E3B13" w14:paraId="2F306361" w14:textId="77777777" w:rsidTr="417B1CC7">
        <w:tc>
          <w:tcPr>
            <w:tcW w:w="2172" w:type="dxa"/>
          </w:tcPr>
          <w:p w14:paraId="22F2F8F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Abigail Savage</w:t>
            </w:r>
          </w:p>
        </w:tc>
        <w:tc>
          <w:tcPr>
            <w:tcW w:w="2698" w:type="dxa"/>
          </w:tcPr>
          <w:p w14:paraId="2DE403A5" w14:textId="34B62670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C&amp;L</w:t>
            </w:r>
          </w:p>
        </w:tc>
        <w:tc>
          <w:tcPr>
            <w:tcW w:w="4320" w:type="dxa"/>
          </w:tcPr>
          <w:p w14:paraId="62431CDC" w14:textId="15ED8C0C" w:rsidR="005E3B13" w:rsidRDefault="7F862280">
            <w:hyperlink r:id="rId75">
              <w:r w:rsidRPr="686D9608">
                <w:rPr>
                  <w:rStyle w:val="Hyperlink"/>
                </w:rPr>
                <w:t>Abigail.Savage@northyorks.gov.uk</w:t>
              </w:r>
            </w:hyperlink>
            <w:r>
              <w:t xml:space="preserve"> </w:t>
            </w:r>
          </w:p>
        </w:tc>
      </w:tr>
      <w:tr w:rsidR="005E3B13" w14:paraId="0F3B9A29" w14:textId="77777777" w:rsidTr="417B1CC7">
        <w:tc>
          <w:tcPr>
            <w:tcW w:w="2172" w:type="dxa"/>
          </w:tcPr>
          <w:p w14:paraId="6E31B29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Victoria Julian</w:t>
            </w:r>
          </w:p>
        </w:tc>
        <w:tc>
          <w:tcPr>
            <w:tcW w:w="2698" w:type="dxa"/>
          </w:tcPr>
          <w:p w14:paraId="49E398E2" w14:textId="51EE0CF7" w:rsidR="005E3B13" w:rsidRDefault="05734FB9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C&amp;L</w:t>
            </w:r>
          </w:p>
        </w:tc>
        <w:tc>
          <w:tcPr>
            <w:tcW w:w="4320" w:type="dxa"/>
          </w:tcPr>
          <w:p w14:paraId="16287F21" w14:textId="0E41D382" w:rsidR="005E3B13" w:rsidRDefault="05734FB9">
            <w:hyperlink r:id="rId76">
              <w:r w:rsidRPr="686D9608">
                <w:rPr>
                  <w:rStyle w:val="Hyperlink"/>
                </w:rPr>
                <w:t>Victoria.Julian@northyorks.gov.uk</w:t>
              </w:r>
            </w:hyperlink>
            <w:r>
              <w:t xml:space="preserve"> </w:t>
            </w:r>
          </w:p>
        </w:tc>
      </w:tr>
      <w:tr w:rsidR="005E3B13" w14:paraId="7BDC9D50" w14:textId="77777777" w:rsidTr="417B1CC7">
        <w:tc>
          <w:tcPr>
            <w:tcW w:w="2172" w:type="dxa"/>
          </w:tcPr>
          <w:p w14:paraId="14857A9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Alison Smith</w:t>
            </w:r>
          </w:p>
        </w:tc>
        <w:tc>
          <w:tcPr>
            <w:tcW w:w="2698" w:type="dxa"/>
          </w:tcPr>
          <w:p w14:paraId="5BE93A62" w14:textId="6FA5218A" w:rsidR="005E3B13" w:rsidRDefault="6A8E889B" w:rsidP="686D9608">
            <w:pPr>
              <w:rPr>
                <w:rFonts w:ascii="Arial Nova" w:eastAsia="Arial Nova" w:hAnsi="Arial Nova" w:cs="Arial Nova"/>
              </w:rPr>
            </w:pPr>
            <w:r w:rsidRPr="6A8E889B">
              <w:rPr>
                <w:rFonts w:ascii="Arial Nova" w:eastAsia="Arial Nova" w:hAnsi="Arial Nova" w:cs="Arial Nova"/>
              </w:rPr>
              <w:t>Advisory Teacher C&amp;</w:t>
            </w:r>
            <w:r w:rsidR="0B8FCD7D" w:rsidRPr="4EFF552D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384BA73E" w14:textId="62D4E65B" w:rsidR="005E3B13" w:rsidRDefault="4A2A1173">
            <w:hyperlink r:id="rId77">
              <w:r w:rsidRPr="686D9608">
                <w:rPr>
                  <w:rStyle w:val="Hyperlink"/>
                </w:rPr>
                <w:t>Alison.Smith2@northyorks.gov.uk</w:t>
              </w:r>
            </w:hyperlink>
            <w:r>
              <w:t xml:space="preserve"> </w:t>
            </w:r>
          </w:p>
        </w:tc>
      </w:tr>
      <w:tr w:rsidR="005E3B13" w14:paraId="6DD6011C" w14:textId="77777777" w:rsidTr="417B1CC7">
        <w:tc>
          <w:tcPr>
            <w:tcW w:w="2172" w:type="dxa"/>
          </w:tcPr>
          <w:p w14:paraId="7DA4EC3E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Mandy Ewers</w:t>
            </w:r>
          </w:p>
        </w:tc>
        <w:tc>
          <w:tcPr>
            <w:tcW w:w="2698" w:type="dxa"/>
          </w:tcPr>
          <w:p w14:paraId="34B3F2EB" w14:textId="0A7248CD" w:rsidR="005E3B13" w:rsidRDefault="77192E2F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</w:t>
            </w:r>
            <w:r w:rsidR="62D3EB09" w:rsidRPr="4EFF552D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7D34F5C7" w14:textId="2A9344F8" w:rsidR="005E3B13" w:rsidRDefault="77192E2F">
            <w:hyperlink r:id="rId78">
              <w:r w:rsidRPr="686D9608">
                <w:rPr>
                  <w:rStyle w:val="Hyperlink"/>
                </w:rPr>
                <w:t>Mandy.Ewers@northyorks.gov.uk</w:t>
              </w:r>
            </w:hyperlink>
            <w:r>
              <w:t xml:space="preserve"> </w:t>
            </w:r>
          </w:p>
        </w:tc>
      </w:tr>
      <w:tr w:rsidR="005E3B13" w14:paraId="31853CBA" w14:textId="77777777" w:rsidTr="417B1CC7">
        <w:tc>
          <w:tcPr>
            <w:tcW w:w="2172" w:type="dxa"/>
          </w:tcPr>
          <w:p w14:paraId="4493114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lastRenderedPageBreak/>
              <w:t>Claire Forth</w:t>
            </w:r>
          </w:p>
        </w:tc>
        <w:tc>
          <w:tcPr>
            <w:tcW w:w="2698" w:type="dxa"/>
          </w:tcPr>
          <w:p w14:paraId="0B4020A7" w14:textId="648B4595" w:rsidR="005E3B13" w:rsidRDefault="121AAF7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C&amp;</w:t>
            </w:r>
            <w:r w:rsidR="42B42F54" w:rsidRPr="4EFF552D">
              <w:rPr>
                <w:rFonts w:ascii="Arial Nova" w:eastAsia="Arial Nova" w:hAnsi="Arial Nova" w:cs="Arial Nova"/>
              </w:rPr>
              <w:t>A</w:t>
            </w:r>
          </w:p>
        </w:tc>
        <w:tc>
          <w:tcPr>
            <w:tcW w:w="4320" w:type="dxa"/>
          </w:tcPr>
          <w:p w14:paraId="1D7B270A" w14:textId="3175337C" w:rsidR="005E3B13" w:rsidRDefault="57123683">
            <w:hyperlink r:id="rId79">
              <w:r w:rsidRPr="686D9608">
                <w:rPr>
                  <w:rStyle w:val="Hyperlink"/>
                </w:rPr>
                <w:t>Claire.Forth@northyorks.gov.uk</w:t>
              </w:r>
            </w:hyperlink>
            <w:r>
              <w:t xml:space="preserve"> </w:t>
            </w:r>
          </w:p>
        </w:tc>
      </w:tr>
      <w:tr w:rsidR="005E3B13" w14:paraId="10969C81" w14:textId="77777777" w:rsidTr="417B1CC7">
        <w:tc>
          <w:tcPr>
            <w:tcW w:w="2172" w:type="dxa"/>
          </w:tcPr>
          <w:p w14:paraId="2FBB478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Gabriella Camerota</w:t>
            </w:r>
          </w:p>
        </w:tc>
        <w:tc>
          <w:tcPr>
            <w:tcW w:w="2698" w:type="dxa"/>
          </w:tcPr>
          <w:p w14:paraId="4F904CB7" w14:textId="42E9230B" w:rsidR="005E3B13" w:rsidRDefault="6B9A8F80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Inclusion Practitioner SEMH</w:t>
            </w:r>
          </w:p>
        </w:tc>
        <w:tc>
          <w:tcPr>
            <w:tcW w:w="4320" w:type="dxa"/>
          </w:tcPr>
          <w:p w14:paraId="06971CD3" w14:textId="273BB86B" w:rsidR="005E3B13" w:rsidRDefault="6B9A8F80">
            <w:hyperlink r:id="rId80">
              <w:r w:rsidRPr="686D9608">
                <w:rPr>
                  <w:rStyle w:val="Hyperlink"/>
                </w:rPr>
                <w:t>Gabriella.Camerota@northyorks.gov.uk</w:t>
              </w:r>
            </w:hyperlink>
            <w:r>
              <w:t xml:space="preserve"> </w:t>
            </w:r>
          </w:p>
        </w:tc>
      </w:tr>
      <w:tr w:rsidR="005E3B13" w14:paraId="7C0B9F1A" w14:textId="77777777" w:rsidTr="417B1CC7">
        <w:tc>
          <w:tcPr>
            <w:tcW w:w="2172" w:type="dxa"/>
          </w:tcPr>
          <w:p w14:paraId="55EF1F73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Stephanie Siddaway</w:t>
            </w:r>
          </w:p>
        </w:tc>
        <w:tc>
          <w:tcPr>
            <w:tcW w:w="2698" w:type="dxa"/>
          </w:tcPr>
          <w:p w14:paraId="2A1F701D" w14:textId="7988EC50" w:rsidR="005E3B13" w:rsidRDefault="15807E15" w:rsidP="686D9608">
            <w:pPr>
              <w:rPr>
                <w:rFonts w:ascii="Arial Nova" w:eastAsia="Arial Nova" w:hAnsi="Arial Nova" w:cs="Arial Nova"/>
              </w:rPr>
            </w:pPr>
            <w:r w:rsidRPr="417B1CC7">
              <w:rPr>
                <w:rFonts w:ascii="Arial Nova" w:eastAsia="Arial Nova" w:hAnsi="Arial Nova" w:cs="Arial Nova"/>
              </w:rPr>
              <w:t>Inclusion Practitioner SEMH</w:t>
            </w:r>
          </w:p>
        </w:tc>
        <w:tc>
          <w:tcPr>
            <w:tcW w:w="4320" w:type="dxa"/>
          </w:tcPr>
          <w:p w14:paraId="03EFCA41" w14:textId="44CACDD8" w:rsidR="005E3B13" w:rsidRDefault="15807E15">
            <w:hyperlink r:id="rId81">
              <w:r w:rsidRPr="686D9608">
                <w:rPr>
                  <w:rStyle w:val="Hyperlink"/>
                </w:rPr>
                <w:t>Stephanie.Siddaway@northyorks.gov.uk</w:t>
              </w:r>
            </w:hyperlink>
            <w:r>
              <w:t xml:space="preserve"> </w:t>
            </w:r>
          </w:p>
        </w:tc>
      </w:tr>
      <w:tr w:rsidR="005E3B13" w14:paraId="722E8AA9" w14:textId="77777777" w:rsidTr="417B1CC7">
        <w:tc>
          <w:tcPr>
            <w:tcW w:w="2172" w:type="dxa"/>
          </w:tcPr>
          <w:p w14:paraId="3F1F9D5E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Lyndsey Long</w:t>
            </w:r>
          </w:p>
        </w:tc>
        <w:tc>
          <w:tcPr>
            <w:tcW w:w="2698" w:type="dxa"/>
          </w:tcPr>
          <w:p w14:paraId="5F96A722" w14:textId="0D375915" w:rsidR="005E3B13" w:rsidRDefault="14E96F80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SaLT Manager</w:t>
            </w:r>
          </w:p>
        </w:tc>
        <w:tc>
          <w:tcPr>
            <w:tcW w:w="4320" w:type="dxa"/>
          </w:tcPr>
          <w:p w14:paraId="5B95CD12" w14:textId="245599C4" w:rsidR="005E3B13" w:rsidRDefault="14E96F80">
            <w:hyperlink r:id="rId82">
              <w:r w:rsidRPr="686D9608">
                <w:rPr>
                  <w:rStyle w:val="Hyperlink"/>
                </w:rPr>
                <w:t>Lyndsey.Long@northyorks.gov.uk</w:t>
              </w:r>
            </w:hyperlink>
            <w:r>
              <w:t xml:space="preserve"> </w:t>
            </w:r>
          </w:p>
        </w:tc>
      </w:tr>
      <w:tr w:rsidR="6A8E889B" w14:paraId="17C9165F" w14:textId="77777777" w:rsidTr="417B1CC7">
        <w:trPr>
          <w:trHeight w:val="300"/>
        </w:trPr>
        <w:tc>
          <w:tcPr>
            <w:tcW w:w="2172" w:type="dxa"/>
          </w:tcPr>
          <w:p w14:paraId="1839E52F" w14:textId="7C1C36E0" w:rsidR="6A8E889B" w:rsidRDefault="6A8E889B" w:rsidP="6A8E889B">
            <w:r w:rsidRPr="6A8E889B">
              <w:rPr>
                <w:rFonts w:ascii="Arial Nova" w:eastAsia="Arial Nova" w:hAnsi="Arial Nova" w:cs="Arial Nova"/>
              </w:rPr>
              <w:t>Elizabeth Hodkin</w:t>
            </w:r>
          </w:p>
        </w:tc>
        <w:tc>
          <w:tcPr>
            <w:tcW w:w="2698" w:type="dxa"/>
          </w:tcPr>
          <w:p w14:paraId="5C9953B6" w14:textId="7ECCD7F5" w:rsidR="6A8E889B" w:rsidRDefault="648AC26C" w:rsidP="6A8E889B">
            <w:r w:rsidRPr="420D52E1">
              <w:rPr>
                <w:rFonts w:ascii="Arial Nova" w:eastAsia="Arial Nova" w:hAnsi="Arial Nova" w:cs="Arial Nova"/>
              </w:rPr>
              <w:t>S</w:t>
            </w:r>
            <w:r w:rsidR="5C05FD33" w:rsidRPr="420D52E1">
              <w:rPr>
                <w:rFonts w:ascii="Arial Nova" w:eastAsia="Arial Nova" w:hAnsi="Arial Nova" w:cs="Arial Nova"/>
              </w:rPr>
              <w:t>a</w:t>
            </w:r>
            <w:r w:rsidRPr="420D52E1">
              <w:rPr>
                <w:rFonts w:ascii="Arial Nova" w:eastAsia="Arial Nova" w:hAnsi="Arial Nova" w:cs="Arial Nova"/>
              </w:rPr>
              <w:t>LT</w:t>
            </w:r>
          </w:p>
        </w:tc>
        <w:tc>
          <w:tcPr>
            <w:tcW w:w="4320" w:type="dxa"/>
          </w:tcPr>
          <w:p w14:paraId="6E889F96" w14:textId="42CDA758" w:rsidR="6A8E889B" w:rsidRDefault="6A8E889B" w:rsidP="6A8E889B">
            <w:hyperlink r:id="rId83">
              <w:r w:rsidRPr="6A8E889B">
                <w:rPr>
                  <w:rStyle w:val="Hyperlink"/>
                </w:rPr>
                <w:t>Elizabeth.Hodkin@northyorks.gov.uk</w:t>
              </w:r>
            </w:hyperlink>
            <w:r>
              <w:t xml:space="preserve"> </w:t>
            </w:r>
          </w:p>
        </w:tc>
      </w:tr>
      <w:tr w:rsidR="005E3B13" w14:paraId="2000988F" w14:textId="77777777" w:rsidTr="417B1CC7">
        <w:tc>
          <w:tcPr>
            <w:tcW w:w="2172" w:type="dxa"/>
          </w:tcPr>
          <w:p w14:paraId="3F46382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Liz Wilson</w:t>
            </w:r>
          </w:p>
        </w:tc>
        <w:tc>
          <w:tcPr>
            <w:tcW w:w="2698" w:type="dxa"/>
          </w:tcPr>
          <w:p w14:paraId="5220BBB2" w14:textId="4035297C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420D52E1">
              <w:rPr>
                <w:rFonts w:ascii="Arial Nova" w:eastAsia="Arial Nova" w:hAnsi="Arial Nova" w:cs="Arial Nova"/>
              </w:rPr>
              <w:t>SaLTA</w:t>
            </w:r>
          </w:p>
        </w:tc>
        <w:tc>
          <w:tcPr>
            <w:tcW w:w="4320" w:type="dxa"/>
          </w:tcPr>
          <w:p w14:paraId="13CB595B" w14:textId="69FA8C02" w:rsidR="005E3B13" w:rsidRDefault="7C4C1159">
            <w:hyperlink r:id="rId84">
              <w:r w:rsidRPr="686D9608">
                <w:rPr>
                  <w:rStyle w:val="Hyperlink"/>
                </w:rPr>
                <w:t>Liz.Wilson@northyorks.gov.uk</w:t>
              </w:r>
            </w:hyperlink>
            <w:r>
              <w:t xml:space="preserve"> </w:t>
            </w:r>
          </w:p>
        </w:tc>
      </w:tr>
      <w:tr w:rsidR="005E3B13" w14:paraId="07ED02CE" w14:textId="77777777" w:rsidTr="417B1CC7">
        <w:tc>
          <w:tcPr>
            <w:tcW w:w="2172" w:type="dxa"/>
          </w:tcPr>
          <w:p w14:paraId="4E7D2C96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Rachael Hussain</w:t>
            </w:r>
          </w:p>
        </w:tc>
        <w:tc>
          <w:tcPr>
            <w:tcW w:w="2698" w:type="dxa"/>
          </w:tcPr>
          <w:p w14:paraId="6D9C8D39" w14:textId="1212D128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420D52E1">
              <w:rPr>
                <w:rFonts w:ascii="Arial Nova" w:eastAsia="Arial Nova" w:hAnsi="Arial Nova" w:cs="Arial Nova"/>
              </w:rPr>
              <w:t>S</w:t>
            </w:r>
            <w:r w:rsidR="473367AA" w:rsidRPr="420D52E1">
              <w:rPr>
                <w:rFonts w:ascii="Arial Nova" w:eastAsia="Arial Nova" w:hAnsi="Arial Nova" w:cs="Arial Nova"/>
              </w:rPr>
              <w:t>a</w:t>
            </w:r>
            <w:r w:rsidRPr="420D52E1">
              <w:rPr>
                <w:rFonts w:ascii="Arial Nova" w:eastAsia="Arial Nova" w:hAnsi="Arial Nova" w:cs="Arial Nova"/>
              </w:rPr>
              <w:t>LTA</w:t>
            </w:r>
          </w:p>
        </w:tc>
        <w:tc>
          <w:tcPr>
            <w:tcW w:w="4320" w:type="dxa"/>
          </w:tcPr>
          <w:p w14:paraId="675E05EE" w14:textId="20404026" w:rsidR="005E3B13" w:rsidRDefault="515FAB69">
            <w:hyperlink r:id="rId85">
              <w:r w:rsidRPr="686D9608">
                <w:rPr>
                  <w:rStyle w:val="Hyperlink"/>
                </w:rPr>
                <w:t>Rachael.Hussain@northyorks.gov.uk</w:t>
              </w:r>
            </w:hyperlink>
            <w:r>
              <w:t xml:space="preserve"> </w:t>
            </w:r>
          </w:p>
        </w:tc>
      </w:tr>
      <w:tr w:rsidR="005E3B13" w14:paraId="4F3AA28A" w14:textId="77777777" w:rsidTr="417B1CC7">
        <w:tc>
          <w:tcPr>
            <w:tcW w:w="2172" w:type="dxa"/>
          </w:tcPr>
          <w:p w14:paraId="589BA12B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Stephanie Payne</w:t>
            </w:r>
          </w:p>
        </w:tc>
        <w:tc>
          <w:tcPr>
            <w:tcW w:w="2698" w:type="dxa"/>
          </w:tcPr>
          <w:p w14:paraId="2FC17F8B" w14:textId="6466567D" w:rsidR="005E3B13" w:rsidRDefault="18722328" w:rsidP="686D9608">
            <w:pPr>
              <w:rPr>
                <w:rFonts w:ascii="Arial Nova" w:eastAsia="Arial Nova" w:hAnsi="Arial Nova" w:cs="Arial Nova"/>
              </w:rPr>
            </w:pPr>
            <w:r w:rsidRPr="420D52E1">
              <w:rPr>
                <w:rFonts w:ascii="Arial Nova" w:eastAsia="Arial Nova" w:hAnsi="Arial Nova" w:cs="Arial Nova"/>
              </w:rPr>
              <w:t>S</w:t>
            </w:r>
            <w:r w:rsidR="59D8B65C" w:rsidRPr="420D52E1">
              <w:rPr>
                <w:rFonts w:ascii="Arial Nova" w:eastAsia="Arial Nova" w:hAnsi="Arial Nova" w:cs="Arial Nova"/>
              </w:rPr>
              <w:t>a</w:t>
            </w:r>
            <w:r w:rsidRPr="420D52E1">
              <w:rPr>
                <w:rFonts w:ascii="Arial Nova" w:eastAsia="Arial Nova" w:hAnsi="Arial Nova" w:cs="Arial Nova"/>
              </w:rPr>
              <w:t>LTA</w:t>
            </w:r>
          </w:p>
        </w:tc>
        <w:tc>
          <w:tcPr>
            <w:tcW w:w="4320" w:type="dxa"/>
          </w:tcPr>
          <w:p w14:paraId="0A4F7224" w14:textId="186B5E99" w:rsidR="005E3B13" w:rsidRDefault="35114114">
            <w:hyperlink r:id="rId86">
              <w:r w:rsidRPr="686D9608">
                <w:rPr>
                  <w:rStyle w:val="Hyperlink"/>
                </w:rPr>
                <w:t>Stephanie.Payne@northyorks.gov.uk</w:t>
              </w:r>
            </w:hyperlink>
            <w:r>
              <w:t xml:space="preserve"> </w:t>
            </w:r>
          </w:p>
        </w:tc>
      </w:tr>
      <w:tr w:rsidR="686D9608" w14:paraId="6A273161" w14:textId="77777777" w:rsidTr="417B1CC7">
        <w:trPr>
          <w:trHeight w:val="300"/>
        </w:trPr>
        <w:tc>
          <w:tcPr>
            <w:tcW w:w="9190" w:type="dxa"/>
            <w:gridSpan w:val="3"/>
          </w:tcPr>
          <w:p w14:paraId="18CC8B10" w14:textId="2B862A7B" w:rsidR="686D9608" w:rsidRDefault="686D9608" w:rsidP="686D9608">
            <w:pPr>
              <w:rPr>
                <w:rFonts w:ascii="Arial Nova" w:eastAsia="Arial Nova" w:hAnsi="Arial Nova" w:cs="Arial Nova"/>
              </w:rPr>
            </w:pPr>
          </w:p>
          <w:p w14:paraId="02A918DC" w14:textId="2006FBCD" w:rsidR="6A19B0D1" w:rsidRDefault="6A19B0D1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Hearing and Vision Team</w:t>
            </w:r>
          </w:p>
        </w:tc>
      </w:tr>
      <w:tr w:rsidR="005E3B13" w14:paraId="67A1E62D" w14:textId="77777777" w:rsidTr="417B1CC7">
        <w:tc>
          <w:tcPr>
            <w:tcW w:w="2172" w:type="dxa"/>
          </w:tcPr>
          <w:p w14:paraId="0D5E3EBA" w14:textId="40F1F97D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Alice Minett</w:t>
            </w:r>
          </w:p>
        </w:tc>
        <w:tc>
          <w:tcPr>
            <w:tcW w:w="2698" w:type="dxa"/>
          </w:tcPr>
          <w:p w14:paraId="2F1D1778" w14:textId="59B3FE2D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Lead</w:t>
            </w:r>
            <w:r w:rsidR="671C66B3" w:rsidRPr="686D9608">
              <w:rPr>
                <w:rFonts w:ascii="Arial Nova" w:eastAsia="Arial Nova" w:hAnsi="Arial Nova" w:cs="Arial Nova"/>
              </w:rPr>
              <w:t xml:space="preserve"> </w:t>
            </w:r>
            <w:r w:rsidR="00A73D3C">
              <w:rPr>
                <w:rFonts w:ascii="Arial Nova" w:eastAsia="Arial Nova" w:hAnsi="Arial Nova" w:cs="Arial Nova"/>
              </w:rPr>
              <w:t xml:space="preserve">for </w:t>
            </w:r>
            <w:r w:rsidR="671C66B3" w:rsidRPr="686D9608">
              <w:rPr>
                <w:rFonts w:ascii="Arial Nova" w:eastAsia="Arial Nova" w:hAnsi="Arial Nova" w:cs="Arial Nova"/>
              </w:rPr>
              <w:t>Hearing and Vision</w:t>
            </w:r>
          </w:p>
        </w:tc>
        <w:tc>
          <w:tcPr>
            <w:tcW w:w="4320" w:type="dxa"/>
          </w:tcPr>
          <w:p w14:paraId="5AE48A43" w14:textId="61E3818A" w:rsidR="005E3B13" w:rsidRDefault="31D72762">
            <w:hyperlink r:id="rId87">
              <w:r w:rsidRPr="686D9608">
                <w:rPr>
                  <w:rStyle w:val="Hyperlink"/>
                </w:rPr>
                <w:t>Alice.Minett@northyorks.gov.uk</w:t>
              </w:r>
            </w:hyperlink>
            <w:r>
              <w:t xml:space="preserve"> </w:t>
            </w:r>
          </w:p>
        </w:tc>
      </w:tr>
      <w:tr w:rsidR="005E3B13" w14:paraId="2B610EA5" w14:textId="77777777" w:rsidTr="417B1CC7">
        <w:tc>
          <w:tcPr>
            <w:tcW w:w="2172" w:type="dxa"/>
          </w:tcPr>
          <w:p w14:paraId="3D5C87B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Suzanne Roberts</w:t>
            </w:r>
          </w:p>
        </w:tc>
        <w:tc>
          <w:tcPr>
            <w:tcW w:w="2698" w:type="dxa"/>
          </w:tcPr>
          <w:p w14:paraId="50F40DEB" w14:textId="721D0981" w:rsidR="005E3B13" w:rsidRDefault="0030135B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Advisory Teacher </w:t>
            </w:r>
            <w:r w:rsidR="3D7B9F00" w:rsidRPr="686D9608">
              <w:rPr>
                <w:rFonts w:ascii="Arial Nova" w:eastAsia="Arial Nova" w:hAnsi="Arial Nova" w:cs="Arial Nova"/>
              </w:rPr>
              <w:t>QTVI</w:t>
            </w:r>
          </w:p>
        </w:tc>
        <w:tc>
          <w:tcPr>
            <w:tcW w:w="4320" w:type="dxa"/>
          </w:tcPr>
          <w:p w14:paraId="77A52294" w14:textId="24D39E06" w:rsidR="005E3B13" w:rsidRDefault="3D7B9F00">
            <w:hyperlink r:id="rId88">
              <w:r w:rsidRPr="686D9608">
                <w:rPr>
                  <w:rStyle w:val="Hyperlink"/>
                </w:rPr>
                <w:t>Suzanne.Roberts@northyorks.gov.uk</w:t>
              </w:r>
            </w:hyperlink>
            <w:r>
              <w:t xml:space="preserve"> </w:t>
            </w:r>
          </w:p>
        </w:tc>
      </w:tr>
      <w:tr w:rsidR="005E3B13" w14:paraId="4AB89686" w14:textId="77777777" w:rsidTr="417B1CC7">
        <w:tc>
          <w:tcPr>
            <w:tcW w:w="2172" w:type="dxa"/>
          </w:tcPr>
          <w:p w14:paraId="74A4D78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Amy Foulerton</w:t>
            </w:r>
          </w:p>
        </w:tc>
        <w:tc>
          <w:tcPr>
            <w:tcW w:w="2698" w:type="dxa"/>
          </w:tcPr>
          <w:p w14:paraId="007DCDA8" w14:textId="56E5AC1C" w:rsidR="005E3B13" w:rsidRDefault="0030135B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Advisory Teacher </w:t>
            </w:r>
            <w:r w:rsidRPr="686D9608">
              <w:rPr>
                <w:rFonts w:ascii="Arial Nova" w:eastAsia="Arial Nova" w:hAnsi="Arial Nova" w:cs="Arial Nova"/>
              </w:rPr>
              <w:t>QTVI</w:t>
            </w:r>
          </w:p>
        </w:tc>
        <w:tc>
          <w:tcPr>
            <w:tcW w:w="4320" w:type="dxa"/>
          </w:tcPr>
          <w:p w14:paraId="450EA2D7" w14:textId="47204D54" w:rsidR="005E3B13" w:rsidRDefault="09137FC7">
            <w:hyperlink r:id="rId89">
              <w:r w:rsidRPr="686D9608">
                <w:rPr>
                  <w:rStyle w:val="Hyperlink"/>
                </w:rPr>
                <w:t>Amy.Foulerton@northyorks.gov.uk</w:t>
              </w:r>
            </w:hyperlink>
            <w:r w:rsidR="62D68E60">
              <w:t xml:space="preserve"> </w:t>
            </w:r>
          </w:p>
        </w:tc>
      </w:tr>
      <w:tr w:rsidR="005E3B13" w14:paraId="00698E73" w14:textId="77777777" w:rsidTr="417B1CC7">
        <w:tc>
          <w:tcPr>
            <w:tcW w:w="2172" w:type="dxa"/>
          </w:tcPr>
          <w:p w14:paraId="666CF83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Liane Nixon</w:t>
            </w:r>
          </w:p>
        </w:tc>
        <w:tc>
          <w:tcPr>
            <w:tcW w:w="2698" w:type="dxa"/>
          </w:tcPr>
          <w:p w14:paraId="3DD355C9" w14:textId="1656ACC4" w:rsidR="005E3B13" w:rsidRDefault="0030135B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Advisory Teacher </w:t>
            </w:r>
            <w:r w:rsidRPr="686D9608">
              <w:rPr>
                <w:rFonts w:ascii="Arial Nova" w:eastAsia="Arial Nova" w:hAnsi="Arial Nova" w:cs="Arial Nova"/>
              </w:rPr>
              <w:t>QTVI</w:t>
            </w:r>
          </w:p>
        </w:tc>
        <w:tc>
          <w:tcPr>
            <w:tcW w:w="4320" w:type="dxa"/>
          </w:tcPr>
          <w:p w14:paraId="1A81F0B1" w14:textId="4BAC106D" w:rsidR="005E3B13" w:rsidRDefault="1C99AF4B">
            <w:hyperlink r:id="rId90">
              <w:r w:rsidRPr="686D9608">
                <w:rPr>
                  <w:rStyle w:val="Hyperlink"/>
                </w:rPr>
                <w:t>Liane.Nixon@northyorks.gov.uk</w:t>
              </w:r>
            </w:hyperlink>
            <w:r w:rsidR="62D68E60">
              <w:t xml:space="preserve"> </w:t>
            </w:r>
          </w:p>
        </w:tc>
      </w:tr>
      <w:tr w:rsidR="005E3B13" w14:paraId="33ECD323" w14:textId="77777777" w:rsidTr="417B1CC7">
        <w:tc>
          <w:tcPr>
            <w:tcW w:w="2172" w:type="dxa"/>
          </w:tcPr>
          <w:p w14:paraId="19A2D0C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Katherine Webb-Sear</w:t>
            </w:r>
          </w:p>
        </w:tc>
        <w:tc>
          <w:tcPr>
            <w:tcW w:w="2698" w:type="dxa"/>
          </w:tcPr>
          <w:p w14:paraId="717AAFBA" w14:textId="62B68A72" w:rsidR="005E3B13" w:rsidRDefault="001A3EDF" w:rsidP="686D9608">
            <w:pPr>
              <w:rPr>
                <w:rFonts w:ascii="Arial Nova" w:eastAsia="Arial Nova" w:hAnsi="Arial Nova" w:cs="Arial Nova"/>
              </w:rPr>
            </w:pPr>
            <w:r>
              <w:rPr>
                <w:rFonts w:ascii="Arial Nova" w:eastAsia="Arial Nova" w:hAnsi="Arial Nova" w:cs="Arial Nova"/>
                <w:lang w:val="en-GB"/>
              </w:rPr>
              <w:t xml:space="preserve">Habilitation </w:t>
            </w:r>
            <w:r w:rsidR="009F22FA">
              <w:rPr>
                <w:rFonts w:ascii="Arial Nova" w:eastAsia="Arial Nova" w:hAnsi="Arial Nova" w:cs="Arial Nova"/>
                <w:lang w:val="en-GB"/>
              </w:rPr>
              <w:t>Specialist</w:t>
            </w:r>
          </w:p>
        </w:tc>
        <w:tc>
          <w:tcPr>
            <w:tcW w:w="4320" w:type="dxa"/>
          </w:tcPr>
          <w:p w14:paraId="56EE48EE" w14:textId="544A9691" w:rsidR="005E3B13" w:rsidRDefault="2606127D">
            <w:hyperlink r:id="rId91">
              <w:r w:rsidRPr="686D9608">
                <w:rPr>
                  <w:rStyle w:val="Hyperlink"/>
                </w:rPr>
                <w:t>Katherine.WebbSear@northyorks.gov.uk</w:t>
              </w:r>
            </w:hyperlink>
            <w:r>
              <w:t xml:space="preserve"> </w:t>
            </w:r>
          </w:p>
        </w:tc>
      </w:tr>
      <w:tr w:rsidR="005E3B13" w14:paraId="3E3DF7C2" w14:textId="77777777" w:rsidTr="417B1CC7">
        <w:tc>
          <w:tcPr>
            <w:tcW w:w="2172" w:type="dxa"/>
          </w:tcPr>
          <w:p w14:paraId="0A08335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Hayley Firth</w:t>
            </w:r>
          </w:p>
        </w:tc>
        <w:tc>
          <w:tcPr>
            <w:tcW w:w="2698" w:type="dxa"/>
          </w:tcPr>
          <w:p w14:paraId="2908EB2C" w14:textId="36DC66D0" w:rsidR="005E3B13" w:rsidRDefault="001A3EDF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Inclusion Practitioner </w:t>
            </w:r>
            <w:r w:rsidR="5E246B75" w:rsidRPr="686D9608">
              <w:rPr>
                <w:rFonts w:ascii="Arial Nova" w:eastAsia="Arial Nova" w:hAnsi="Arial Nova" w:cs="Arial Nova"/>
              </w:rPr>
              <w:t>VI</w:t>
            </w:r>
          </w:p>
        </w:tc>
        <w:tc>
          <w:tcPr>
            <w:tcW w:w="4320" w:type="dxa"/>
          </w:tcPr>
          <w:p w14:paraId="121FD38A" w14:textId="0C4A5AE9" w:rsidR="005E3B13" w:rsidRDefault="5E246B75">
            <w:hyperlink r:id="rId92">
              <w:r w:rsidRPr="686D9608">
                <w:rPr>
                  <w:rStyle w:val="Hyperlink"/>
                </w:rPr>
                <w:t>Hayley.Firth@northyorks.gov.uk</w:t>
              </w:r>
            </w:hyperlink>
            <w:r>
              <w:t xml:space="preserve"> </w:t>
            </w:r>
          </w:p>
        </w:tc>
      </w:tr>
      <w:tr w:rsidR="005E3B13" w14:paraId="02872E8B" w14:textId="77777777" w:rsidTr="417B1CC7">
        <w:tc>
          <w:tcPr>
            <w:tcW w:w="2172" w:type="dxa"/>
          </w:tcPr>
          <w:p w14:paraId="32FC4104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Louise Reid</w:t>
            </w:r>
          </w:p>
        </w:tc>
        <w:tc>
          <w:tcPr>
            <w:tcW w:w="2698" w:type="dxa"/>
          </w:tcPr>
          <w:p w14:paraId="1FE2DD96" w14:textId="749488A2" w:rsidR="005E3B13" w:rsidRDefault="001A3EDF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Inclusion Practitioner </w:t>
            </w:r>
            <w:r w:rsidR="685465FD" w:rsidRPr="686D9608">
              <w:rPr>
                <w:rFonts w:ascii="Arial Nova" w:eastAsia="Arial Nova" w:hAnsi="Arial Nova" w:cs="Arial Nova"/>
              </w:rPr>
              <w:t>VI</w:t>
            </w:r>
          </w:p>
        </w:tc>
        <w:tc>
          <w:tcPr>
            <w:tcW w:w="4320" w:type="dxa"/>
          </w:tcPr>
          <w:p w14:paraId="27357532" w14:textId="10F71131" w:rsidR="005E3B13" w:rsidRDefault="685465FD">
            <w:hyperlink r:id="rId93">
              <w:r w:rsidRPr="686D9608">
                <w:rPr>
                  <w:rStyle w:val="Hyperlink"/>
                </w:rPr>
                <w:t>Louise.Reid@northyorks.gov.uk</w:t>
              </w:r>
            </w:hyperlink>
            <w:r>
              <w:t xml:space="preserve"> </w:t>
            </w:r>
          </w:p>
        </w:tc>
      </w:tr>
      <w:tr w:rsidR="005E3B13" w14:paraId="24E1A89E" w14:textId="77777777" w:rsidTr="417B1CC7">
        <w:tc>
          <w:tcPr>
            <w:tcW w:w="2172" w:type="dxa"/>
          </w:tcPr>
          <w:p w14:paraId="482041BD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Rob Larmour</w:t>
            </w:r>
          </w:p>
        </w:tc>
        <w:tc>
          <w:tcPr>
            <w:tcW w:w="2698" w:type="dxa"/>
          </w:tcPr>
          <w:p w14:paraId="07F023C8" w14:textId="76D73491" w:rsidR="005E3B13" w:rsidRDefault="697BAED0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Resources and Technical Officer HI VI</w:t>
            </w:r>
          </w:p>
        </w:tc>
        <w:tc>
          <w:tcPr>
            <w:tcW w:w="4320" w:type="dxa"/>
          </w:tcPr>
          <w:p w14:paraId="4BDB5498" w14:textId="710FFA0F" w:rsidR="005E3B13" w:rsidRDefault="697BAED0">
            <w:hyperlink r:id="rId94">
              <w:r w:rsidRPr="686D9608">
                <w:rPr>
                  <w:rStyle w:val="Hyperlink"/>
                </w:rPr>
                <w:t>Rob.Larmour@northyorks.gov.uk</w:t>
              </w:r>
            </w:hyperlink>
            <w:r>
              <w:t xml:space="preserve"> </w:t>
            </w:r>
          </w:p>
        </w:tc>
      </w:tr>
      <w:tr w:rsidR="005E3B13" w14:paraId="147D13B9" w14:textId="77777777" w:rsidTr="417B1CC7">
        <w:tc>
          <w:tcPr>
            <w:tcW w:w="2172" w:type="dxa"/>
          </w:tcPr>
          <w:p w14:paraId="24C4CB4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Claire Blake</w:t>
            </w:r>
          </w:p>
        </w:tc>
        <w:tc>
          <w:tcPr>
            <w:tcW w:w="2698" w:type="dxa"/>
          </w:tcPr>
          <w:p w14:paraId="2916C19D" w14:textId="70BD2CA3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>Advisory Teacher QTOD</w:t>
            </w:r>
          </w:p>
        </w:tc>
        <w:tc>
          <w:tcPr>
            <w:tcW w:w="4320" w:type="dxa"/>
          </w:tcPr>
          <w:p w14:paraId="74869460" w14:textId="771B1E68" w:rsidR="005E3B13" w:rsidRDefault="49C6A1B5">
            <w:hyperlink r:id="rId95">
              <w:r w:rsidRPr="686D9608">
                <w:rPr>
                  <w:rStyle w:val="Hyperlink"/>
                </w:rPr>
                <w:t>Claire.Blake@northyorks.gov.uk</w:t>
              </w:r>
            </w:hyperlink>
            <w:r>
              <w:t xml:space="preserve"> </w:t>
            </w:r>
          </w:p>
        </w:tc>
      </w:tr>
      <w:tr w:rsidR="005E3B13" w14:paraId="0CC3820E" w14:textId="77777777" w:rsidTr="417B1CC7">
        <w:tc>
          <w:tcPr>
            <w:tcW w:w="2172" w:type="dxa"/>
          </w:tcPr>
          <w:p w14:paraId="5A047D2C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Sarena Everall</w:t>
            </w:r>
          </w:p>
        </w:tc>
        <w:tc>
          <w:tcPr>
            <w:tcW w:w="2698" w:type="dxa"/>
          </w:tcPr>
          <w:p w14:paraId="187F57B8" w14:textId="6C6B80C6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>Advisory Teacher QTOD</w:t>
            </w:r>
            <w:r>
              <w:rPr>
                <w:rFonts w:ascii="Arial Nova" w:eastAsia="Arial Nova" w:hAnsi="Arial Nova" w:cs="Arial Nova"/>
              </w:rPr>
              <w:t xml:space="preserve"> </w:t>
            </w:r>
          </w:p>
        </w:tc>
        <w:tc>
          <w:tcPr>
            <w:tcW w:w="4320" w:type="dxa"/>
          </w:tcPr>
          <w:p w14:paraId="54738AF4" w14:textId="1B35AE3E" w:rsidR="005E3B13" w:rsidRDefault="2AC7EFC6">
            <w:hyperlink r:id="rId96">
              <w:r w:rsidRPr="686D9608">
                <w:rPr>
                  <w:rStyle w:val="Hyperlink"/>
                </w:rPr>
                <w:t>Sarena.Everall@northyorks.gov.uk</w:t>
              </w:r>
            </w:hyperlink>
            <w:r>
              <w:t xml:space="preserve"> </w:t>
            </w:r>
          </w:p>
        </w:tc>
      </w:tr>
      <w:tr w:rsidR="005E3B13" w14:paraId="22D7737C" w14:textId="77777777" w:rsidTr="417B1CC7">
        <w:tc>
          <w:tcPr>
            <w:tcW w:w="2172" w:type="dxa"/>
          </w:tcPr>
          <w:p w14:paraId="497E8C86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Jeanne Taylor</w:t>
            </w:r>
          </w:p>
        </w:tc>
        <w:tc>
          <w:tcPr>
            <w:tcW w:w="2698" w:type="dxa"/>
          </w:tcPr>
          <w:p w14:paraId="46ABBD8F" w14:textId="1120E3D7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>Advisory Teacher QTOD</w:t>
            </w:r>
          </w:p>
        </w:tc>
        <w:tc>
          <w:tcPr>
            <w:tcW w:w="4320" w:type="dxa"/>
          </w:tcPr>
          <w:p w14:paraId="06BBA33E" w14:textId="2B1883AE" w:rsidR="005E3B13" w:rsidRDefault="18B4F980">
            <w:hyperlink r:id="rId97">
              <w:r w:rsidRPr="686D9608">
                <w:rPr>
                  <w:rStyle w:val="Hyperlink"/>
                </w:rPr>
                <w:t>Jeanne.Taylor@northyorks.gov.uk</w:t>
              </w:r>
            </w:hyperlink>
            <w:r>
              <w:t xml:space="preserve"> </w:t>
            </w:r>
          </w:p>
        </w:tc>
      </w:tr>
      <w:tr w:rsidR="005E3B13" w14:paraId="4E5AC7B3" w14:textId="77777777" w:rsidTr="417B1CC7">
        <w:tc>
          <w:tcPr>
            <w:tcW w:w="2172" w:type="dxa"/>
          </w:tcPr>
          <w:p w14:paraId="1EF6512B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Jayne Broady</w:t>
            </w:r>
          </w:p>
        </w:tc>
        <w:tc>
          <w:tcPr>
            <w:tcW w:w="2698" w:type="dxa"/>
          </w:tcPr>
          <w:p w14:paraId="464FCBC1" w14:textId="23B1349C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>Advisory Teacher QTOD</w:t>
            </w:r>
            <w:r>
              <w:rPr>
                <w:rFonts w:ascii="Arial Nova" w:eastAsia="Arial Nova" w:hAnsi="Arial Nova" w:cs="Arial Nova"/>
              </w:rPr>
              <w:t xml:space="preserve"> </w:t>
            </w:r>
          </w:p>
        </w:tc>
        <w:tc>
          <w:tcPr>
            <w:tcW w:w="4320" w:type="dxa"/>
          </w:tcPr>
          <w:p w14:paraId="5C8C6B09" w14:textId="31F12CF2" w:rsidR="005E3B13" w:rsidRDefault="15E5FF36">
            <w:hyperlink r:id="rId98">
              <w:r w:rsidRPr="686D9608">
                <w:rPr>
                  <w:rStyle w:val="Hyperlink"/>
                </w:rPr>
                <w:t>Jayne.Broady@northyorks.gov.uk</w:t>
              </w:r>
            </w:hyperlink>
            <w:r>
              <w:t xml:space="preserve"> </w:t>
            </w:r>
          </w:p>
        </w:tc>
      </w:tr>
      <w:tr w:rsidR="005E3B13" w14:paraId="696C9571" w14:textId="77777777" w:rsidTr="417B1CC7">
        <w:tc>
          <w:tcPr>
            <w:tcW w:w="2172" w:type="dxa"/>
          </w:tcPr>
          <w:p w14:paraId="665497C9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Julie Broome</w:t>
            </w:r>
          </w:p>
        </w:tc>
        <w:tc>
          <w:tcPr>
            <w:tcW w:w="2698" w:type="dxa"/>
          </w:tcPr>
          <w:p w14:paraId="3382A365" w14:textId="300532B6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>Advisory Teacher QTOD</w:t>
            </w:r>
            <w:r>
              <w:rPr>
                <w:rFonts w:ascii="Arial Nova" w:eastAsia="Arial Nova" w:hAnsi="Arial Nova" w:cs="Arial Nova"/>
              </w:rPr>
              <w:t xml:space="preserve"> </w:t>
            </w:r>
          </w:p>
        </w:tc>
        <w:tc>
          <w:tcPr>
            <w:tcW w:w="4320" w:type="dxa"/>
          </w:tcPr>
          <w:p w14:paraId="5C71F136" w14:textId="64893FF7" w:rsidR="005E3B13" w:rsidRDefault="678AF3DA">
            <w:hyperlink r:id="rId99">
              <w:r w:rsidRPr="686D9608">
                <w:rPr>
                  <w:rStyle w:val="Hyperlink"/>
                </w:rPr>
                <w:t>Julie.Broome@northyorks.gov.uk</w:t>
              </w:r>
            </w:hyperlink>
            <w:r>
              <w:t xml:space="preserve"> </w:t>
            </w:r>
          </w:p>
        </w:tc>
      </w:tr>
      <w:tr w:rsidR="005E3B13" w14:paraId="35390458" w14:textId="77777777" w:rsidTr="417B1CC7">
        <w:tc>
          <w:tcPr>
            <w:tcW w:w="2172" w:type="dxa"/>
          </w:tcPr>
          <w:p w14:paraId="23252912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Susan Haley</w:t>
            </w:r>
          </w:p>
        </w:tc>
        <w:tc>
          <w:tcPr>
            <w:tcW w:w="2698" w:type="dxa"/>
          </w:tcPr>
          <w:p w14:paraId="62199465" w14:textId="3AE9833A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Inclusion Practitioner </w:t>
            </w:r>
            <w:r w:rsidR="2EBFE721" w:rsidRPr="686D9608">
              <w:rPr>
                <w:rFonts w:ascii="Arial Nova" w:eastAsia="Arial Nova" w:hAnsi="Arial Nova" w:cs="Arial Nova"/>
              </w:rPr>
              <w:t>HI</w:t>
            </w:r>
          </w:p>
        </w:tc>
        <w:tc>
          <w:tcPr>
            <w:tcW w:w="4320" w:type="dxa"/>
          </w:tcPr>
          <w:p w14:paraId="0DA123B1" w14:textId="35D31C38" w:rsidR="005E3B13" w:rsidRDefault="66E170A8">
            <w:hyperlink r:id="rId100">
              <w:r w:rsidRPr="686D9608">
                <w:rPr>
                  <w:rStyle w:val="Hyperlink"/>
                </w:rPr>
                <w:t>Susan.Haley@northyorks.gov.uk</w:t>
              </w:r>
            </w:hyperlink>
            <w:r>
              <w:t xml:space="preserve"> </w:t>
            </w:r>
          </w:p>
        </w:tc>
      </w:tr>
      <w:tr w:rsidR="005E3B13" w14:paraId="6618FBA2" w14:textId="77777777" w:rsidTr="417B1CC7">
        <w:tc>
          <w:tcPr>
            <w:tcW w:w="2172" w:type="dxa"/>
          </w:tcPr>
          <w:p w14:paraId="5DB8F90A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Tracy Curruthers</w:t>
            </w:r>
          </w:p>
        </w:tc>
        <w:tc>
          <w:tcPr>
            <w:tcW w:w="2698" w:type="dxa"/>
          </w:tcPr>
          <w:p w14:paraId="4C4CEA3D" w14:textId="13B28A8D" w:rsidR="005E3B13" w:rsidRDefault="00F32CD9" w:rsidP="686D9608">
            <w:pPr>
              <w:rPr>
                <w:rFonts w:ascii="Arial Nova" w:eastAsia="Arial Nova" w:hAnsi="Arial Nova" w:cs="Arial Nova"/>
              </w:rPr>
            </w:pPr>
            <w:r w:rsidRPr="00F11D2A">
              <w:rPr>
                <w:rFonts w:ascii="Arial Nova" w:eastAsia="Arial Nova" w:hAnsi="Arial Nova" w:cs="Arial Nova"/>
                <w:lang w:val="en-GB"/>
              </w:rPr>
              <w:t xml:space="preserve">Inclusion Practitioner </w:t>
            </w:r>
            <w:r w:rsidR="5F992EC0" w:rsidRPr="686D9608">
              <w:rPr>
                <w:rFonts w:ascii="Arial Nova" w:eastAsia="Arial Nova" w:hAnsi="Arial Nova" w:cs="Arial Nova"/>
              </w:rPr>
              <w:t>HI</w:t>
            </w:r>
          </w:p>
        </w:tc>
        <w:tc>
          <w:tcPr>
            <w:tcW w:w="4320" w:type="dxa"/>
          </w:tcPr>
          <w:p w14:paraId="50895670" w14:textId="14C9476D" w:rsidR="005E3B13" w:rsidRDefault="12223FC5">
            <w:hyperlink r:id="rId101">
              <w:r w:rsidRPr="686D9608">
                <w:rPr>
                  <w:rStyle w:val="Hyperlink"/>
                </w:rPr>
                <w:t>Tracy.Carruthers@northyorks.gov.uk</w:t>
              </w:r>
            </w:hyperlink>
            <w:r>
              <w:t xml:space="preserve"> </w:t>
            </w:r>
          </w:p>
        </w:tc>
      </w:tr>
      <w:tr w:rsidR="005E3B13" w14:paraId="2CB0DD79" w14:textId="77777777" w:rsidTr="417B1CC7">
        <w:tc>
          <w:tcPr>
            <w:tcW w:w="2172" w:type="dxa"/>
          </w:tcPr>
          <w:p w14:paraId="0189E8E7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Karen Hinks</w:t>
            </w:r>
          </w:p>
        </w:tc>
        <w:tc>
          <w:tcPr>
            <w:tcW w:w="2698" w:type="dxa"/>
          </w:tcPr>
          <w:p w14:paraId="38C1F859" w14:textId="57039DBB" w:rsidR="005E3B13" w:rsidRDefault="75008372" w:rsidP="686D9608">
            <w:pPr>
              <w:rPr>
                <w:rFonts w:ascii="Arial Nova" w:eastAsia="Arial Nova" w:hAnsi="Arial Nova" w:cs="Arial Nova"/>
              </w:rPr>
            </w:pPr>
            <w:r w:rsidRPr="3A330F36">
              <w:rPr>
                <w:rFonts w:ascii="Arial Nova" w:eastAsia="Arial Nova" w:hAnsi="Arial Nova" w:cs="Arial Nova"/>
              </w:rPr>
              <w:t>Inclusion Support Worker for the Deaf</w:t>
            </w:r>
          </w:p>
        </w:tc>
        <w:tc>
          <w:tcPr>
            <w:tcW w:w="4320" w:type="dxa"/>
          </w:tcPr>
          <w:p w14:paraId="0C8FE7CE" w14:textId="6C701389" w:rsidR="005E3B13" w:rsidRDefault="75008372">
            <w:hyperlink r:id="rId102">
              <w:r w:rsidRPr="686D9608">
                <w:rPr>
                  <w:rStyle w:val="Hyperlink"/>
                </w:rPr>
                <w:t>Karen.Hinks@northyorks.gov.uk</w:t>
              </w:r>
            </w:hyperlink>
            <w:r>
              <w:t xml:space="preserve"> </w:t>
            </w:r>
          </w:p>
        </w:tc>
      </w:tr>
      <w:tr w:rsidR="686D9608" w14:paraId="491F5285" w14:textId="77777777" w:rsidTr="417B1CC7">
        <w:trPr>
          <w:trHeight w:val="300"/>
        </w:trPr>
        <w:tc>
          <w:tcPr>
            <w:tcW w:w="2172" w:type="dxa"/>
          </w:tcPr>
          <w:p w14:paraId="2EB94F3C" w14:textId="6AD97669" w:rsidR="686D9608" w:rsidRDefault="686D9608" w:rsidP="686D9608">
            <w:pPr>
              <w:rPr>
                <w:rFonts w:ascii="Arial Nova" w:eastAsia="Arial Nova" w:hAnsi="Arial Nova" w:cs="Arial Nova"/>
              </w:rPr>
            </w:pPr>
          </w:p>
          <w:p w14:paraId="6E5966BB" w14:textId="32B93C6A" w:rsidR="0A770CBC" w:rsidRDefault="6A8E889B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A8E889B">
              <w:rPr>
                <w:rFonts w:ascii="Arial Nova" w:eastAsia="Arial Nova" w:hAnsi="Arial Nova" w:cs="Arial Nova"/>
                <w:b/>
                <w:bCs/>
              </w:rPr>
              <w:t>SEN Team - Leads</w:t>
            </w:r>
          </w:p>
        </w:tc>
        <w:tc>
          <w:tcPr>
            <w:tcW w:w="2698" w:type="dxa"/>
          </w:tcPr>
          <w:p w14:paraId="31F12DBB" w14:textId="38D2097C" w:rsidR="686D9608" w:rsidRDefault="686D9608" w:rsidP="417B1CC7">
            <w:pPr>
              <w:rPr>
                <w:rFonts w:ascii="Arial Nova" w:eastAsia="Arial Nova" w:hAnsi="Arial Nova" w:cs="Arial Nova"/>
              </w:rPr>
            </w:pPr>
          </w:p>
        </w:tc>
        <w:tc>
          <w:tcPr>
            <w:tcW w:w="4320" w:type="dxa"/>
          </w:tcPr>
          <w:p w14:paraId="3E16062E" w14:textId="133F9B4B" w:rsidR="686D9608" w:rsidRDefault="686D9608" w:rsidP="686D9608"/>
        </w:tc>
      </w:tr>
      <w:tr w:rsidR="005E3B13" w14:paraId="29487EBF" w14:textId="77777777" w:rsidTr="417B1CC7">
        <w:tc>
          <w:tcPr>
            <w:tcW w:w="2172" w:type="dxa"/>
          </w:tcPr>
          <w:p w14:paraId="1CE9361A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Chris Reynolds</w:t>
            </w:r>
          </w:p>
        </w:tc>
        <w:tc>
          <w:tcPr>
            <w:tcW w:w="2698" w:type="dxa"/>
          </w:tcPr>
          <w:p w14:paraId="2B9CF15E" w14:textId="77777777" w:rsidR="005E3B13" w:rsidRDefault="686D9608" w:rsidP="686D9608">
            <w:pPr>
              <w:rPr>
                <w:rFonts w:ascii="Arial Nova" w:eastAsia="Arial Nova" w:hAnsi="Arial Nova" w:cs="Arial Nova"/>
                <w:b/>
                <w:bCs/>
              </w:rPr>
            </w:pPr>
            <w:r w:rsidRPr="686D9608">
              <w:rPr>
                <w:rFonts w:ascii="Arial Nova" w:eastAsia="Arial Nova" w:hAnsi="Arial Nova" w:cs="Arial Nova"/>
                <w:b/>
                <w:bCs/>
              </w:rPr>
              <w:t>Head of SEND</w:t>
            </w:r>
          </w:p>
        </w:tc>
        <w:tc>
          <w:tcPr>
            <w:tcW w:w="4320" w:type="dxa"/>
          </w:tcPr>
          <w:p w14:paraId="308D56CC" w14:textId="3A30127A" w:rsidR="005E3B13" w:rsidRDefault="6A59B928">
            <w:hyperlink r:id="rId103">
              <w:r w:rsidRPr="686D9608">
                <w:rPr>
                  <w:rStyle w:val="Hyperlink"/>
                </w:rPr>
                <w:t>Chris.Reynolds@northyorks.gov.uk</w:t>
              </w:r>
            </w:hyperlink>
            <w:r>
              <w:t xml:space="preserve"> </w:t>
            </w:r>
          </w:p>
        </w:tc>
      </w:tr>
      <w:tr w:rsidR="005E3B13" w14:paraId="730408EE" w14:textId="77777777" w:rsidTr="417B1CC7">
        <w:tc>
          <w:tcPr>
            <w:tcW w:w="2172" w:type="dxa"/>
          </w:tcPr>
          <w:p w14:paraId="164BEA3F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Helen Hodgson</w:t>
            </w:r>
          </w:p>
        </w:tc>
        <w:tc>
          <w:tcPr>
            <w:tcW w:w="2698" w:type="dxa"/>
          </w:tcPr>
          <w:p w14:paraId="30EBDC11" w14:textId="77777777" w:rsidR="005E3B13" w:rsidRDefault="686D9608" w:rsidP="686D9608">
            <w:pPr>
              <w:rPr>
                <w:rFonts w:ascii="Arial Nova" w:eastAsia="Arial Nova" w:hAnsi="Arial Nova" w:cs="Arial Nova"/>
              </w:rPr>
            </w:pPr>
            <w:r w:rsidRPr="686D9608">
              <w:rPr>
                <w:rFonts w:ascii="Arial Nova" w:eastAsia="Arial Nova" w:hAnsi="Arial Nova" w:cs="Arial Nova"/>
              </w:rPr>
              <w:t>Lead for SEND</w:t>
            </w:r>
          </w:p>
        </w:tc>
        <w:tc>
          <w:tcPr>
            <w:tcW w:w="4320" w:type="dxa"/>
          </w:tcPr>
          <w:p w14:paraId="797E50C6" w14:textId="18EFA86E" w:rsidR="005E3B13" w:rsidRDefault="65547161">
            <w:hyperlink r:id="rId104">
              <w:r w:rsidRPr="686D9608">
                <w:rPr>
                  <w:rStyle w:val="Hyperlink"/>
                </w:rPr>
                <w:t>Helen.Hodgson@northyorks.gov.uk</w:t>
              </w:r>
            </w:hyperlink>
            <w:r>
              <w:t xml:space="preserve"> </w:t>
            </w:r>
          </w:p>
        </w:tc>
      </w:tr>
    </w:tbl>
    <w:p w14:paraId="527A5736" w14:textId="77777777" w:rsidR="00A74F09" w:rsidRDefault="00A74F09"/>
    <w:sectPr w:rsidR="00A74F09" w:rsidSect="00034616">
      <w:headerReference w:type="even" r:id="rId105"/>
      <w:headerReference w:type="default" r:id="rId106"/>
      <w:footerReference w:type="even" r:id="rId107"/>
      <w:footerReference w:type="default" r:id="rId108"/>
      <w:headerReference w:type="first" r:id="rId109"/>
      <w:footerReference w:type="first" r:id="rId1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9A41" w14:textId="77777777" w:rsidR="00070C73" w:rsidRDefault="00070C73">
      <w:pPr>
        <w:spacing w:after="0" w:line="240" w:lineRule="auto"/>
      </w:pPr>
      <w:r>
        <w:separator/>
      </w:r>
    </w:p>
  </w:endnote>
  <w:endnote w:type="continuationSeparator" w:id="0">
    <w:p w14:paraId="1538E843" w14:textId="77777777" w:rsidR="00070C73" w:rsidRDefault="0007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52DB" w14:textId="77777777" w:rsidR="005C5531" w:rsidRDefault="005C55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F76B" w14:textId="6422698D" w:rsidR="00286A55" w:rsidRDefault="744B8271" w:rsidP="744B8271">
    <w:pPr>
      <w:pStyle w:val="Footer"/>
      <w:ind w:right="-180"/>
      <w:jc w:val="center"/>
    </w:pPr>
    <w:r w:rsidRPr="744B8271">
      <w:rPr>
        <w:b/>
        <w:bCs/>
        <w:sz w:val="16"/>
        <w:szCs w:val="16"/>
      </w:rPr>
      <w:t>C&amp;A</w:t>
    </w:r>
    <w:r w:rsidRPr="744B8271">
      <w:rPr>
        <w:sz w:val="16"/>
        <w:szCs w:val="16"/>
      </w:rPr>
      <w:t xml:space="preserve">: Communication &amp; Autism </w:t>
    </w:r>
    <w:r w:rsidRPr="744B8271">
      <w:rPr>
        <w:b/>
        <w:bCs/>
        <w:sz w:val="16"/>
        <w:szCs w:val="16"/>
      </w:rPr>
      <w:t>C&amp;L</w:t>
    </w:r>
    <w:r w:rsidRPr="744B8271">
      <w:rPr>
        <w:sz w:val="16"/>
        <w:szCs w:val="16"/>
      </w:rPr>
      <w:t xml:space="preserve">: Cognition &amp; Learning </w:t>
    </w:r>
    <w:r w:rsidRPr="744B8271">
      <w:rPr>
        <w:b/>
        <w:bCs/>
        <w:sz w:val="16"/>
        <w:szCs w:val="16"/>
      </w:rPr>
      <w:t>ED</w:t>
    </w:r>
    <w:r w:rsidRPr="744B8271">
      <w:rPr>
        <w:sz w:val="16"/>
        <w:szCs w:val="16"/>
      </w:rPr>
      <w:t xml:space="preserve">: Early Development </w:t>
    </w:r>
    <w:r w:rsidRPr="744B8271">
      <w:rPr>
        <w:b/>
        <w:bCs/>
        <w:sz w:val="16"/>
        <w:szCs w:val="16"/>
      </w:rPr>
      <w:t>SEMH</w:t>
    </w:r>
    <w:r w:rsidRPr="744B8271">
      <w:rPr>
        <w:sz w:val="16"/>
        <w:szCs w:val="16"/>
      </w:rPr>
      <w:t xml:space="preserve">: Social Emotional Mental Health </w:t>
    </w:r>
  </w:p>
  <w:p w14:paraId="242837B3" w14:textId="19FB70E3" w:rsidR="00286A55" w:rsidRDefault="744B8271" w:rsidP="0E2D6485">
    <w:pPr>
      <w:pStyle w:val="Footer"/>
      <w:ind w:right="-180"/>
      <w:jc w:val="center"/>
    </w:pPr>
    <w:r w:rsidRPr="744B8271">
      <w:rPr>
        <w:b/>
        <w:bCs/>
        <w:sz w:val="16"/>
        <w:szCs w:val="16"/>
      </w:rPr>
      <w:t>SaLT</w:t>
    </w:r>
    <w:r w:rsidRPr="744B8271">
      <w:rPr>
        <w:sz w:val="16"/>
        <w:szCs w:val="16"/>
      </w:rPr>
      <w:t>: Speech &amp; Language Therapist</w:t>
    </w:r>
    <w:r w:rsidRPr="744B8271">
      <w:rPr>
        <w:b/>
        <w:bCs/>
        <w:sz w:val="16"/>
        <w:szCs w:val="16"/>
      </w:rPr>
      <w:t xml:space="preserve"> SaLTA</w:t>
    </w:r>
    <w:r w:rsidRPr="744B8271">
      <w:rPr>
        <w:sz w:val="16"/>
        <w:szCs w:val="16"/>
      </w:rPr>
      <w:t xml:space="preserve">: Speech &amp; Language Therapy Assistant </w:t>
    </w:r>
  </w:p>
  <w:p w14:paraId="130B514C" w14:textId="2868C0FC" w:rsidR="00286A55" w:rsidRDefault="417B1CC7" w:rsidP="417B1CC7">
    <w:pPr>
      <w:pStyle w:val="Footer"/>
      <w:ind w:right="-180"/>
      <w:jc w:val="center"/>
      <w:rPr>
        <w:b/>
        <w:bCs/>
        <w:sz w:val="16"/>
        <w:szCs w:val="16"/>
      </w:rPr>
    </w:pPr>
    <w:r w:rsidRPr="417B1CC7">
      <w:rPr>
        <w:b/>
        <w:bCs/>
        <w:sz w:val="16"/>
        <w:szCs w:val="16"/>
      </w:rPr>
      <w:t>QTOD</w:t>
    </w:r>
    <w:r w:rsidRPr="417B1CC7">
      <w:rPr>
        <w:sz w:val="16"/>
        <w:szCs w:val="16"/>
      </w:rPr>
      <w:t xml:space="preserve">: Qualified Teacher of the Deaf </w:t>
    </w:r>
    <w:r w:rsidRPr="417B1CC7">
      <w:rPr>
        <w:b/>
        <w:bCs/>
        <w:sz w:val="16"/>
        <w:szCs w:val="16"/>
      </w:rPr>
      <w:t>QTVI:</w:t>
    </w:r>
    <w:r w:rsidRPr="417B1CC7">
      <w:rPr>
        <w:sz w:val="16"/>
        <w:szCs w:val="16"/>
      </w:rPr>
      <w:t xml:space="preserve"> Qualified Teacher of children with a Vision Impairment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B5A7" w14:textId="77777777" w:rsidR="005C5531" w:rsidRDefault="005C5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548C5" w14:textId="77777777" w:rsidR="00070C73" w:rsidRDefault="00070C73">
      <w:pPr>
        <w:spacing w:after="0" w:line="240" w:lineRule="auto"/>
      </w:pPr>
      <w:r>
        <w:separator/>
      </w:r>
    </w:p>
  </w:footnote>
  <w:footnote w:type="continuationSeparator" w:id="0">
    <w:p w14:paraId="7292A228" w14:textId="77777777" w:rsidR="00070C73" w:rsidRDefault="00070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D3F8" w14:textId="77777777" w:rsidR="005C5531" w:rsidRDefault="005C55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0286A55" w14:paraId="2AE815CD" w14:textId="77777777" w:rsidTr="686D9608">
      <w:trPr>
        <w:trHeight w:val="300"/>
      </w:trPr>
      <w:tc>
        <w:tcPr>
          <w:tcW w:w="2880" w:type="dxa"/>
        </w:tcPr>
        <w:p w14:paraId="19F17D9A" w14:textId="77777777" w:rsidR="00286A55" w:rsidRDefault="00286A55" w:rsidP="686D9608">
          <w:pPr>
            <w:pStyle w:val="Header"/>
            <w:ind w:left="-115"/>
          </w:pPr>
        </w:p>
      </w:tc>
      <w:tc>
        <w:tcPr>
          <w:tcW w:w="2880" w:type="dxa"/>
        </w:tcPr>
        <w:p w14:paraId="606C35D0" w14:textId="77777777" w:rsidR="00286A55" w:rsidRDefault="00286A55" w:rsidP="686D9608">
          <w:pPr>
            <w:pStyle w:val="Header"/>
            <w:jc w:val="center"/>
          </w:pPr>
        </w:p>
      </w:tc>
      <w:tc>
        <w:tcPr>
          <w:tcW w:w="2880" w:type="dxa"/>
        </w:tcPr>
        <w:p w14:paraId="32596799" w14:textId="77777777" w:rsidR="00286A55" w:rsidRDefault="00286A55" w:rsidP="686D9608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517F5CF" wp14:editId="033DACCB">
                <wp:extent cx="1682496" cy="564190"/>
                <wp:effectExtent l="0" t="0" r="0" b="0"/>
                <wp:docPr id="313206196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3179EB-0A4C-44B0-8083-567A2DDC4BA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1914578" name="Picture 14919145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2496" cy="564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18AF880" w14:textId="37A83AB4" w:rsidR="00286A55" w:rsidRDefault="00286A55" w:rsidP="686D9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83C3" w14:textId="77777777" w:rsidR="005C5531" w:rsidRDefault="005C5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829462">
    <w:abstractNumId w:val="2"/>
  </w:num>
  <w:num w:numId="2" w16cid:durableId="1286473129">
    <w:abstractNumId w:val="7"/>
  </w:num>
  <w:num w:numId="3" w16cid:durableId="1865048271">
    <w:abstractNumId w:val="0"/>
  </w:num>
  <w:num w:numId="4" w16cid:durableId="1954751818">
    <w:abstractNumId w:val="8"/>
  </w:num>
  <w:num w:numId="5" w16cid:durableId="385490877">
    <w:abstractNumId w:val="4"/>
  </w:num>
  <w:num w:numId="6" w16cid:durableId="40398473">
    <w:abstractNumId w:val="1"/>
  </w:num>
  <w:num w:numId="7" w16cid:durableId="489255974">
    <w:abstractNumId w:val="5"/>
  </w:num>
  <w:num w:numId="8" w16cid:durableId="664476419">
    <w:abstractNumId w:val="6"/>
  </w:num>
  <w:num w:numId="9" w16cid:durableId="983697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CE1"/>
    <w:rsid w:val="00006CBE"/>
    <w:rsid w:val="00020EFD"/>
    <w:rsid w:val="000278CF"/>
    <w:rsid w:val="00034616"/>
    <w:rsid w:val="00054A31"/>
    <w:rsid w:val="00057710"/>
    <w:rsid w:val="0005788F"/>
    <w:rsid w:val="0006063C"/>
    <w:rsid w:val="00070C73"/>
    <w:rsid w:val="000717FF"/>
    <w:rsid w:val="00072DAA"/>
    <w:rsid w:val="00075F6B"/>
    <w:rsid w:val="000835A1"/>
    <w:rsid w:val="00095273"/>
    <w:rsid w:val="00095576"/>
    <w:rsid w:val="000A242A"/>
    <w:rsid w:val="000A6725"/>
    <w:rsid w:val="000C3B4F"/>
    <w:rsid w:val="000D49F6"/>
    <w:rsid w:val="000E18B2"/>
    <w:rsid w:val="00111AD3"/>
    <w:rsid w:val="00132CB8"/>
    <w:rsid w:val="00137974"/>
    <w:rsid w:val="0015074B"/>
    <w:rsid w:val="00164854"/>
    <w:rsid w:val="001A3EDF"/>
    <w:rsid w:val="001B6FAB"/>
    <w:rsid w:val="001C4A3C"/>
    <w:rsid w:val="001D1FD8"/>
    <w:rsid w:val="001E3666"/>
    <w:rsid w:val="00217CFE"/>
    <w:rsid w:val="00237C1F"/>
    <w:rsid w:val="002768C8"/>
    <w:rsid w:val="00286A55"/>
    <w:rsid w:val="0029639D"/>
    <w:rsid w:val="002A1356"/>
    <w:rsid w:val="002A4E1E"/>
    <w:rsid w:val="002C3457"/>
    <w:rsid w:val="0030135B"/>
    <w:rsid w:val="0030769F"/>
    <w:rsid w:val="0031252A"/>
    <w:rsid w:val="00326F90"/>
    <w:rsid w:val="00341488"/>
    <w:rsid w:val="00351861"/>
    <w:rsid w:val="00363A50"/>
    <w:rsid w:val="00393AEF"/>
    <w:rsid w:val="003ABD64"/>
    <w:rsid w:val="003C1F02"/>
    <w:rsid w:val="003C2E1F"/>
    <w:rsid w:val="003C7EAC"/>
    <w:rsid w:val="003D4FBE"/>
    <w:rsid w:val="003D65AA"/>
    <w:rsid w:val="003E0C88"/>
    <w:rsid w:val="003E66E7"/>
    <w:rsid w:val="003E6F62"/>
    <w:rsid w:val="00403C4C"/>
    <w:rsid w:val="00406067"/>
    <w:rsid w:val="00421396"/>
    <w:rsid w:val="00421892"/>
    <w:rsid w:val="00437487"/>
    <w:rsid w:val="0044571E"/>
    <w:rsid w:val="004736E9"/>
    <w:rsid w:val="004C6B53"/>
    <w:rsid w:val="004D3E04"/>
    <w:rsid w:val="004D4E7E"/>
    <w:rsid w:val="0051655F"/>
    <w:rsid w:val="005270B2"/>
    <w:rsid w:val="00543030"/>
    <w:rsid w:val="005552DB"/>
    <w:rsid w:val="005C5531"/>
    <w:rsid w:val="005D39F0"/>
    <w:rsid w:val="005D3EF4"/>
    <w:rsid w:val="005D75F5"/>
    <w:rsid w:val="005E3B13"/>
    <w:rsid w:val="00607A88"/>
    <w:rsid w:val="00664C4A"/>
    <w:rsid w:val="00687442"/>
    <w:rsid w:val="006A3671"/>
    <w:rsid w:val="006C1E3B"/>
    <w:rsid w:val="006F5B0A"/>
    <w:rsid w:val="00711767"/>
    <w:rsid w:val="00737472"/>
    <w:rsid w:val="007401CD"/>
    <w:rsid w:val="00754A7A"/>
    <w:rsid w:val="00757667"/>
    <w:rsid w:val="007835AB"/>
    <w:rsid w:val="007A568E"/>
    <w:rsid w:val="007D05D7"/>
    <w:rsid w:val="007E49F5"/>
    <w:rsid w:val="007E5768"/>
    <w:rsid w:val="007E6C50"/>
    <w:rsid w:val="00800C64"/>
    <w:rsid w:val="00812299"/>
    <w:rsid w:val="008E5F2B"/>
    <w:rsid w:val="008F3DED"/>
    <w:rsid w:val="00901CEB"/>
    <w:rsid w:val="00932FA8"/>
    <w:rsid w:val="00933314"/>
    <w:rsid w:val="00957CDA"/>
    <w:rsid w:val="009A00F1"/>
    <w:rsid w:val="009A2A08"/>
    <w:rsid w:val="009D26CC"/>
    <w:rsid w:val="009E1F65"/>
    <w:rsid w:val="009F22FA"/>
    <w:rsid w:val="00A15C9B"/>
    <w:rsid w:val="00A332C6"/>
    <w:rsid w:val="00A41B9B"/>
    <w:rsid w:val="00A44808"/>
    <w:rsid w:val="00A51DB7"/>
    <w:rsid w:val="00A73D3C"/>
    <w:rsid w:val="00A74F09"/>
    <w:rsid w:val="00A84618"/>
    <w:rsid w:val="00A932E5"/>
    <w:rsid w:val="00A9783B"/>
    <w:rsid w:val="00AA1D8D"/>
    <w:rsid w:val="00AB4CDF"/>
    <w:rsid w:val="00AC7259"/>
    <w:rsid w:val="00AD11DD"/>
    <w:rsid w:val="00AD156E"/>
    <w:rsid w:val="00AF5E0F"/>
    <w:rsid w:val="00B0221C"/>
    <w:rsid w:val="00B05CC2"/>
    <w:rsid w:val="00B11389"/>
    <w:rsid w:val="00B173C8"/>
    <w:rsid w:val="00B34BAF"/>
    <w:rsid w:val="00B47730"/>
    <w:rsid w:val="00B53204"/>
    <w:rsid w:val="00BC3FE9"/>
    <w:rsid w:val="00BC4FA7"/>
    <w:rsid w:val="00BD0068"/>
    <w:rsid w:val="00C07B5B"/>
    <w:rsid w:val="00C129C8"/>
    <w:rsid w:val="00C159A8"/>
    <w:rsid w:val="00C3097C"/>
    <w:rsid w:val="00C34A2B"/>
    <w:rsid w:val="00C517A3"/>
    <w:rsid w:val="00C52824"/>
    <w:rsid w:val="00C52F2A"/>
    <w:rsid w:val="00C62585"/>
    <w:rsid w:val="00C84482"/>
    <w:rsid w:val="00CB0664"/>
    <w:rsid w:val="00CC02BF"/>
    <w:rsid w:val="00CC2399"/>
    <w:rsid w:val="00CD0E43"/>
    <w:rsid w:val="00CE7E84"/>
    <w:rsid w:val="00CF21B7"/>
    <w:rsid w:val="00D31E00"/>
    <w:rsid w:val="00D56166"/>
    <w:rsid w:val="00D90E2D"/>
    <w:rsid w:val="00DB659B"/>
    <w:rsid w:val="00DE5BD9"/>
    <w:rsid w:val="00DF01D2"/>
    <w:rsid w:val="00E11E1F"/>
    <w:rsid w:val="00E1611F"/>
    <w:rsid w:val="00E21AA7"/>
    <w:rsid w:val="00E26C36"/>
    <w:rsid w:val="00E32E19"/>
    <w:rsid w:val="00E44D87"/>
    <w:rsid w:val="00E77602"/>
    <w:rsid w:val="00E91910"/>
    <w:rsid w:val="00EB6600"/>
    <w:rsid w:val="00ED798F"/>
    <w:rsid w:val="00EE40F1"/>
    <w:rsid w:val="00EF2B01"/>
    <w:rsid w:val="00F04FE5"/>
    <w:rsid w:val="00F16101"/>
    <w:rsid w:val="00F32CD9"/>
    <w:rsid w:val="00F34913"/>
    <w:rsid w:val="00F5721A"/>
    <w:rsid w:val="00F7733B"/>
    <w:rsid w:val="00FC693F"/>
    <w:rsid w:val="00FE27AF"/>
    <w:rsid w:val="01063B6E"/>
    <w:rsid w:val="013B40D0"/>
    <w:rsid w:val="0183F169"/>
    <w:rsid w:val="0189B584"/>
    <w:rsid w:val="019217A3"/>
    <w:rsid w:val="01DA4B22"/>
    <w:rsid w:val="026B5563"/>
    <w:rsid w:val="0291B98C"/>
    <w:rsid w:val="03435BFD"/>
    <w:rsid w:val="03BF621D"/>
    <w:rsid w:val="03E73AB4"/>
    <w:rsid w:val="040731ED"/>
    <w:rsid w:val="04AA1977"/>
    <w:rsid w:val="04C61DD5"/>
    <w:rsid w:val="04D26911"/>
    <w:rsid w:val="051349EE"/>
    <w:rsid w:val="05734FB9"/>
    <w:rsid w:val="05B443C6"/>
    <w:rsid w:val="05E69C48"/>
    <w:rsid w:val="06294F71"/>
    <w:rsid w:val="0682E709"/>
    <w:rsid w:val="06862AD5"/>
    <w:rsid w:val="07807769"/>
    <w:rsid w:val="07AC9545"/>
    <w:rsid w:val="07E1D61E"/>
    <w:rsid w:val="07E96AA5"/>
    <w:rsid w:val="07EBF8AB"/>
    <w:rsid w:val="0820D5F6"/>
    <w:rsid w:val="0856AA67"/>
    <w:rsid w:val="085DA3E0"/>
    <w:rsid w:val="08D9771D"/>
    <w:rsid w:val="08FB29DD"/>
    <w:rsid w:val="09045090"/>
    <w:rsid w:val="09137FC7"/>
    <w:rsid w:val="098DEE3E"/>
    <w:rsid w:val="0A174408"/>
    <w:rsid w:val="0A229F80"/>
    <w:rsid w:val="0A4A74B8"/>
    <w:rsid w:val="0A770CBC"/>
    <w:rsid w:val="0AD00892"/>
    <w:rsid w:val="0ADB76AC"/>
    <w:rsid w:val="0B095D0D"/>
    <w:rsid w:val="0B287CD9"/>
    <w:rsid w:val="0B4868BC"/>
    <w:rsid w:val="0B8FCD7D"/>
    <w:rsid w:val="0BBB7F15"/>
    <w:rsid w:val="0BDD58DD"/>
    <w:rsid w:val="0CA9D596"/>
    <w:rsid w:val="0CC6539B"/>
    <w:rsid w:val="0D08A9A8"/>
    <w:rsid w:val="0D47F0EB"/>
    <w:rsid w:val="0D885124"/>
    <w:rsid w:val="0D8C4541"/>
    <w:rsid w:val="0D8F76A4"/>
    <w:rsid w:val="0DD2EB62"/>
    <w:rsid w:val="0DE16566"/>
    <w:rsid w:val="0E2D6485"/>
    <w:rsid w:val="0E4D613A"/>
    <w:rsid w:val="0ECEC5EF"/>
    <w:rsid w:val="0F0400DB"/>
    <w:rsid w:val="0F7B1318"/>
    <w:rsid w:val="0FE2112A"/>
    <w:rsid w:val="1039BE34"/>
    <w:rsid w:val="103F2DAF"/>
    <w:rsid w:val="10C799E5"/>
    <w:rsid w:val="1129289F"/>
    <w:rsid w:val="115D2DF0"/>
    <w:rsid w:val="11E0B203"/>
    <w:rsid w:val="121AAF78"/>
    <w:rsid w:val="12223FC5"/>
    <w:rsid w:val="12C9FD82"/>
    <w:rsid w:val="12E95740"/>
    <w:rsid w:val="1346F9F7"/>
    <w:rsid w:val="13E9477C"/>
    <w:rsid w:val="14E96F80"/>
    <w:rsid w:val="14EC8A75"/>
    <w:rsid w:val="15225C8E"/>
    <w:rsid w:val="15772C0D"/>
    <w:rsid w:val="15807E15"/>
    <w:rsid w:val="158628C0"/>
    <w:rsid w:val="15D01913"/>
    <w:rsid w:val="15E5FF36"/>
    <w:rsid w:val="164E0084"/>
    <w:rsid w:val="1667E61D"/>
    <w:rsid w:val="16B6F3AE"/>
    <w:rsid w:val="16D33569"/>
    <w:rsid w:val="17143D59"/>
    <w:rsid w:val="17FD33E5"/>
    <w:rsid w:val="1810C411"/>
    <w:rsid w:val="18722328"/>
    <w:rsid w:val="187B439A"/>
    <w:rsid w:val="18B4F980"/>
    <w:rsid w:val="18E546C0"/>
    <w:rsid w:val="19669E72"/>
    <w:rsid w:val="1A3B78A5"/>
    <w:rsid w:val="1A936866"/>
    <w:rsid w:val="1B2479D1"/>
    <w:rsid w:val="1B24996C"/>
    <w:rsid w:val="1B3E8EF0"/>
    <w:rsid w:val="1BE0B59E"/>
    <w:rsid w:val="1BEC280F"/>
    <w:rsid w:val="1C99AF4B"/>
    <w:rsid w:val="1CD1A8AD"/>
    <w:rsid w:val="1D316DC0"/>
    <w:rsid w:val="1DA068F2"/>
    <w:rsid w:val="1E952FA0"/>
    <w:rsid w:val="1EBA61F3"/>
    <w:rsid w:val="1EF4B27C"/>
    <w:rsid w:val="1EFDE86A"/>
    <w:rsid w:val="1F09B3F3"/>
    <w:rsid w:val="1F58A6EB"/>
    <w:rsid w:val="1FA060B5"/>
    <w:rsid w:val="1FA91B18"/>
    <w:rsid w:val="2031BBD3"/>
    <w:rsid w:val="203C98D8"/>
    <w:rsid w:val="2045F8A7"/>
    <w:rsid w:val="209FBD07"/>
    <w:rsid w:val="2126A906"/>
    <w:rsid w:val="21AA6FAB"/>
    <w:rsid w:val="21B3FC6F"/>
    <w:rsid w:val="21B9DB89"/>
    <w:rsid w:val="21F14EAD"/>
    <w:rsid w:val="235B2945"/>
    <w:rsid w:val="238DB64C"/>
    <w:rsid w:val="2408A27A"/>
    <w:rsid w:val="24845482"/>
    <w:rsid w:val="250E637F"/>
    <w:rsid w:val="258DEFB1"/>
    <w:rsid w:val="25C3C686"/>
    <w:rsid w:val="25F6A2D5"/>
    <w:rsid w:val="2606127D"/>
    <w:rsid w:val="260FED5C"/>
    <w:rsid w:val="2632FFB9"/>
    <w:rsid w:val="26F14D4A"/>
    <w:rsid w:val="27300147"/>
    <w:rsid w:val="274237B1"/>
    <w:rsid w:val="27803316"/>
    <w:rsid w:val="27A028FD"/>
    <w:rsid w:val="27AD5CED"/>
    <w:rsid w:val="27B75244"/>
    <w:rsid w:val="28D55015"/>
    <w:rsid w:val="28DFA89E"/>
    <w:rsid w:val="28FCD09D"/>
    <w:rsid w:val="2900CF2E"/>
    <w:rsid w:val="296FFDAB"/>
    <w:rsid w:val="29710977"/>
    <w:rsid w:val="29E033AF"/>
    <w:rsid w:val="29FA2B22"/>
    <w:rsid w:val="2A1A8BBC"/>
    <w:rsid w:val="2A5974A6"/>
    <w:rsid w:val="2A7C8D39"/>
    <w:rsid w:val="2AC7EFC6"/>
    <w:rsid w:val="2B9C321B"/>
    <w:rsid w:val="2C3E84BC"/>
    <w:rsid w:val="2C81AD4C"/>
    <w:rsid w:val="2D198FB0"/>
    <w:rsid w:val="2D41436C"/>
    <w:rsid w:val="2DDB7DAC"/>
    <w:rsid w:val="2E7ECD11"/>
    <w:rsid w:val="2E8EC65D"/>
    <w:rsid w:val="2EBD9BDD"/>
    <w:rsid w:val="2EBFE721"/>
    <w:rsid w:val="2ECF044E"/>
    <w:rsid w:val="2EE46E1B"/>
    <w:rsid w:val="2F044122"/>
    <w:rsid w:val="2F50EB93"/>
    <w:rsid w:val="2FA854B3"/>
    <w:rsid w:val="2FCC29E7"/>
    <w:rsid w:val="2FDCB4E1"/>
    <w:rsid w:val="300348AE"/>
    <w:rsid w:val="3035DC42"/>
    <w:rsid w:val="304A758A"/>
    <w:rsid w:val="30582AAC"/>
    <w:rsid w:val="3063CBAD"/>
    <w:rsid w:val="30896E7D"/>
    <w:rsid w:val="30A01270"/>
    <w:rsid w:val="30B112A1"/>
    <w:rsid w:val="30E52305"/>
    <w:rsid w:val="310674A8"/>
    <w:rsid w:val="31CA7222"/>
    <w:rsid w:val="31D72762"/>
    <w:rsid w:val="323CC7DC"/>
    <w:rsid w:val="325B08C1"/>
    <w:rsid w:val="32C307A8"/>
    <w:rsid w:val="32C8FD97"/>
    <w:rsid w:val="330258E0"/>
    <w:rsid w:val="330A811E"/>
    <w:rsid w:val="33107C04"/>
    <w:rsid w:val="337759ED"/>
    <w:rsid w:val="33824C8B"/>
    <w:rsid w:val="341AAC71"/>
    <w:rsid w:val="3435D6D0"/>
    <w:rsid w:val="349EA4C0"/>
    <w:rsid w:val="35114114"/>
    <w:rsid w:val="353281C3"/>
    <w:rsid w:val="35A1144D"/>
    <w:rsid w:val="35A5E857"/>
    <w:rsid w:val="35E1A8C4"/>
    <w:rsid w:val="36353526"/>
    <w:rsid w:val="37771496"/>
    <w:rsid w:val="37A08913"/>
    <w:rsid w:val="37AAE0FB"/>
    <w:rsid w:val="37F328B5"/>
    <w:rsid w:val="381EB7F2"/>
    <w:rsid w:val="38DB2FF7"/>
    <w:rsid w:val="39614F3B"/>
    <w:rsid w:val="39B691BB"/>
    <w:rsid w:val="3A278A5B"/>
    <w:rsid w:val="3A330F36"/>
    <w:rsid w:val="3A58F299"/>
    <w:rsid w:val="3A76094A"/>
    <w:rsid w:val="3A8C74EC"/>
    <w:rsid w:val="3B01B097"/>
    <w:rsid w:val="3B1C76E6"/>
    <w:rsid w:val="3B23383F"/>
    <w:rsid w:val="3B3380CD"/>
    <w:rsid w:val="3B4FEFFE"/>
    <w:rsid w:val="3B8FE289"/>
    <w:rsid w:val="3BADAA9C"/>
    <w:rsid w:val="3BBEB6E2"/>
    <w:rsid w:val="3BF040D2"/>
    <w:rsid w:val="3BF1C3F3"/>
    <w:rsid w:val="3C63672B"/>
    <w:rsid w:val="3D3B1D5A"/>
    <w:rsid w:val="3D4944A6"/>
    <w:rsid w:val="3D7B9F00"/>
    <w:rsid w:val="3DC0F910"/>
    <w:rsid w:val="3E896E8B"/>
    <w:rsid w:val="3E97452B"/>
    <w:rsid w:val="3EB29B96"/>
    <w:rsid w:val="3EF9E3FE"/>
    <w:rsid w:val="3F1E0215"/>
    <w:rsid w:val="3F20DD71"/>
    <w:rsid w:val="40958BC5"/>
    <w:rsid w:val="40B4F1C7"/>
    <w:rsid w:val="40DF595F"/>
    <w:rsid w:val="4117E25C"/>
    <w:rsid w:val="417B1CC7"/>
    <w:rsid w:val="420D52E1"/>
    <w:rsid w:val="425319DF"/>
    <w:rsid w:val="4273ABB4"/>
    <w:rsid w:val="42B42F54"/>
    <w:rsid w:val="42CFA8D4"/>
    <w:rsid w:val="42DCDC56"/>
    <w:rsid w:val="43412E94"/>
    <w:rsid w:val="43756085"/>
    <w:rsid w:val="439CB375"/>
    <w:rsid w:val="43D2827C"/>
    <w:rsid w:val="442F2624"/>
    <w:rsid w:val="448E6F06"/>
    <w:rsid w:val="455EBB65"/>
    <w:rsid w:val="4565061B"/>
    <w:rsid w:val="459D8A5A"/>
    <w:rsid w:val="45AB23B2"/>
    <w:rsid w:val="4625529A"/>
    <w:rsid w:val="46465F1E"/>
    <w:rsid w:val="472201E8"/>
    <w:rsid w:val="473367AA"/>
    <w:rsid w:val="47F28077"/>
    <w:rsid w:val="483CD95B"/>
    <w:rsid w:val="488361C5"/>
    <w:rsid w:val="48B4D68F"/>
    <w:rsid w:val="48F64405"/>
    <w:rsid w:val="4907F178"/>
    <w:rsid w:val="492ECB9E"/>
    <w:rsid w:val="49807D65"/>
    <w:rsid w:val="49B7A1D5"/>
    <w:rsid w:val="49C6A1B5"/>
    <w:rsid w:val="4A2A1173"/>
    <w:rsid w:val="4A682187"/>
    <w:rsid w:val="4A9A038E"/>
    <w:rsid w:val="4B86DBE0"/>
    <w:rsid w:val="4C8320FF"/>
    <w:rsid w:val="4D54D737"/>
    <w:rsid w:val="4D7A0DC3"/>
    <w:rsid w:val="4DEA4252"/>
    <w:rsid w:val="4E25710B"/>
    <w:rsid w:val="4EA3FC1C"/>
    <w:rsid w:val="4ECE3D00"/>
    <w:rsid w:val="4EFB1016"/>
    <w:rsid w:val="4EFF552D"/>
    <w:rsid w:val="4F2B5023"/>
    <w:rsid w:val="4F6B0C7D"/>
    <w:rsid w:val="4F792988"/>
    <w:rsid w:val="50404756"/>
    <w:rsid w:val="50592623"/>
    <w:rsid w:val="51127AFA"/>
    <w:rsid w:val="51458903"/>
    <w:rsid w:val="515FAB69"/>
    <w:rsid w:val="51AF23E2"/>
    <w:rsid w:val="52823920"/>
    <w:rsid w:val="52E62330"/>
    <w:rsid w:val="530247C1"/>
    <w:rsid w:val="530CD0F5"/>
    <w:rsid w:val="544481E4"/>
    <w:rsid w:val="5484A75B"/>
    <w:rsid w:val="54BA81B3"/>
    <w:rsid w:val="54E2771C"/>
    <w:rsid w:val="556CF4B7"/>
    <w:rsid w:val="56088AED"/>
    <w:rsid w:val="56656095"/>
    <w:rsid w:val="5678B929"/>
    <w:rsid w:val="56C8F61B"/>
    <w:rsid w:val="56D7CFF5"/>
    <w:rsid w:val="56D9519F"/>
    <w:rsid w:val="57123683"/>
    <w:rsid w:val="57428857"/>
    <w:rsid w:val="5876C407"/>
    <w:rsid w:val="5877A15D"/>
    <w:rsid w:val="588B3B9E"/>
    <w:rsid w:val="58E53CA1"/>
    <w:rsid w:val="58FA9A18"/>
    <w:rsid w:val="59369F62"/>
    <w:rsid w:val="593C755F"/>
    <w:rsid w:val="596464B0"/>
    <w:rsid w:val="59D8B65C"/>
    <w:rsid w:val="5A5FA24D"/>
    <w:rsid w:val="5AC08E27"/>
    <w:rsid w:val="5AE328DD"/>
    <w:rsid w:val="5B48197A"/>
    <w:rsid w:val="5B565497"/>
    <w:rsid w:val="5B869FBA"/>
    <w:rsid w:val="5BA7FBF0"/>
    <w:rsid w:val="5BC718CF"/>
    <w:rsid w:val="5C05FD33"/>
    <w:rsid w:val="5C38AB97"/>
    <w:rsid w:val="5C78DE6F"/>
    <w:rsid w:val="5D9B0427"/>
    <w:rsid w:val="5DB7F848"/>
    <w:rsid w:val="5E246B75"/>
    <w:rsid w:val="5E2E0A17"/>
    <w:rsid w:val="5EEEBB7B"/>
    <w:rsid w:val="5F33D1EB"/>
    <w:rsid w:val="5F5C245A"/>
    <w:rsid w:val="5F79C514"/>
    <w:rsid w:val="5F992EC0"/>
    <w:rsid w:val="5FDA30AB"/>
    <w:rsid w:val="5FEDF5C9"/>
    <w:rsid w:val="60B805F5"/>
    <w:rsid w:val="61120C6B"/>
    <w:rsid w:val="61134109"/>
    <w:rsid w:val="611F30D5"/>
    <w:rsid w:val="6130D5D5"/>
    <w:rsid w:val="61498476"/>
    <w:rsid w:val="61A7D978"/>
    <w:rsid w:val="62173FE1"/>
    <w:rsid w:val="62339A96"/>
    <w:rsid w:val="62777D8A"/>
    <w:rsid w:val="62D3EB09"/>
    <w:rsid w:val="62D45A13"/>
    <w:rsid w:val="62D68E60"/>
    <w:rsid w:val="62DAD53A"/>
    <w:rsid w:val="62E9D24A"/>
    <w:rsid w:val="62FBEC70"/>
    <w:rsid w:val="6320226A"/>
    <w:rsid w:val="6331F7A2"/>
    <w:rsid w:val="636D5317"/>
    <w:rsid w:val="636F2DE3"/>
    <w:rsid w:val="647580B7"/>
    <w:rsid w:val="648AC26C"/>
    <w:rsid w:val="648DDEA9"/>
    <w:rsid w:val="64A8CA89"/>
    <w:rsid w:val="651ACC95"/>
    <w:rsid w:val="65547161"/>
    <w:rsid w:val="65B21F35"/>
    <w:rsid w:val="667222F2"/>
    <w:rsid w:val="6697D5E1"/>
    <w:rsid w:val="66CBC617"/>
    <w:rsid w:val="66D442F6"/>
    <w:rsid w:val="66E170A8"/>
    <w:rsid w:val="670F5BEA"/>
    <w:rsid w:val="671C66B3"/>
    <w:rsid w:val="678AF3DA"/>
    <w:rsid w:val="67A2DC78"/>
    <w:rsid w:val="67BFFFE9"/>
    <w:rsid w:val="68076004"/>
    <w:rsid w:val="6820D58F"/>
    <w:rsid w:val="685465FD"/>
    <w:rsid w:val="68634F86"/>
    <w:rsid w:val="686D9608"/>
    <w:rsid w:val="68AAC372"/>
    <w:rsid w:val="68AC092A"/>
    <w:rsid w:val="68AD2245"/>
    <w:rsid w:val="68EEAC11"/>
    <w:rsid w:val="690F4435"/>
    <w:rsid w:val="692A8D11"/>
    <w:rsid w:val="697BAED0"/>
    <w:rsid w:val="69B0B295"/>
    <w:rsid w:val="6A0D9791"/>
    <w:rsid w:val="6A1454FE"/>
    <w:rsid w:val="6A19B0D1"/>
    <w:rsid w:val="6A1B6991"/>
    <w:rsid w:val="6A40FF33"/>
    <w:rsid w:val="6A59B928"/>
    <w:rsid w:val="6A8E889B"/>
    <w:rsid w:val="6AD2573D"/>
    <w:rsid w:val="6B9A8F80"/>
    <w:rsid w:val="6BB06F66"/>
    <w:rsid w:val="6BFFB867"/>
    <w:rsid w:val="6C01C072"/>
    <w:rsid w:val="6C4CAF57"/>
    <w:rsid w:val="6C8643F7"/>
    <w:rsid w:val="6D01F64F"/>
    <w:rsid w:val="6D2A4BCB"/>
    <w:rsid w:val="6D5458FA"/>
    <w:rsid w:val="6D653796"/>
    <w:rsid w:val="6E397056"/>
    <w:rsid w:val="6E5C781A"/>
    <w:rsid w:val="6E5D9A0F"/>
    <w:rsid w:val="6E8AABD1"/>
    <w:rsid w:val="6F846A3A"/>
    <w:rsid w:val="6F9B1807"/>
    <w:rsid w:val="6FA6D2E9"/>
    <w:rsid w:val="7016E66F"/>
    <w:rsid w:val="705C6228"/>
    <w:rsid w:val="710A6890"/>
    <w:rsid w:val="719DAE4F"/>
    <w:rsid w:val="719E6667"/>
    <w:rsid w:val="71ECB30C"/>
    <w:rsid w:val="7201D225"/>
    <w:rsid w:val="7205CE0B"/>
    <w:rsid w:val="7227AA20"/>
    <w:rsid w:val="7260D987"/>
    <w:rsid w:val="72AD9A82"/>
    <w:rsid w:val="7365713B"/>
    <w:rsid w:val="7387020C"/>
    <w:rsid w:val="738F1E93"/>
    <w:rsid w:val="73A1E701"/>
    <w:rsid w:val="73F0E7A7"/>
    <w:rsid w:val="744B8271"/>
    <w:rsid w:val="74D9582D"/>
    <w:rsid w:val="75008372"/>
    <w:rsid w:val="75544207"/>
    <w:rsid w:val="7598E54C"/>
    <w:rsid w:val="75CFE6D4"/>
    <w:rsid w:val="75D823C9"/>
    <w:rsid w:val="75F3A3AE"/>
    <w:rsid w:val="76ABCD89"/>
    <w:rsid w:val="76EEDD0C"/>
    <w:rsid w:val="77192E2F"/>
    <w:rsid w:val="772EFF15"/>
    <w:rsid w:val="774E9DA4"/>
    <w:rsid w:val="775727C7"/>
    <w:rsid w:val="77585C49"/>
    <w:rsid w:val="775DA6D6"/>
    <w:rsid w:val="77745FE2"/>
    <w:rsid w:val="778AC981"/>
    <w:rsid w:val="77BB15A1"/>
    <w:rsid w:val="77CE7F05"/>
    <w:rsid w:val="79366C60"/>
    <w:rsid w:val="79D98860"/>
    <w:rsid w:val="79E60261"/>
    <w:rsid w:val="7A0B3BA4"/>
    <w:rsid w:val="7ABAC6F7"/>
    <w:rsid w:val="7BC9408D"/>
    <w:rsid w:val="7BCFC87E"/>
    <w:rsid w:val="7C016F58"/>
    <w:rsid w:val="7C4C1159"/>
    <w:rsid w:val="7C4E6B46"/>
    <w:rsid w:val="7C6347FA"/>
    <w:rsid w:val="7D3B13C1"/>
    <w:rsid w:val="7D5B699B"/>
    <w:rsid w:val="7E3D66E2"/>
    <w:rsid w:val="7E4C1DF6"/>
    <w:rsid w:val="7E562CD4"/>
    <w:rsid w:val="7EA44CA8"/>
    <w:rsid w:val="7EBCED85"/>
    <w:rsid w:val="7F02A61D"/>
    <w:rsid w:val="7F0DEFEF"/>
    <w:rsid w:val="7F5E97BC"/>
    <w:rsid w:val="7F862280"/>
    <w:rsid w:val="7FF0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56F415B-1BB2-492A-B2E1-C612C5A7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1">
    <w:name w:val="Colorful Shading -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2">
    <w:name w:val="Colorful Shading -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3">
    <w:name w:val="Colorful Shading -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-Accent4">
    <w:name w:val="Colorful Shading -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5">
    <w:name w:val="Colorful Shading -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-Accent6">
    <w:name w:val="Colorful Shading -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-Accent1">
    <w:name w:val="Colorful List -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-Accent2">
    <w:name w:val="Colorful List -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-Accent3">
    <w:name w:val="Colorful List -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-Accent4">
    <w:name w:val="Colorful List -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-Accent5">
    <w:name w:val="Colorful List -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-Accent6">
    <w:name w:val="Colorful List -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-Accent1">
    <w:name w:val="Colorful Grid -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-Accent2">
    <w:name w:val="Colorful Grid -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-Accent3">
    <w:name w:val="Colorful Grid -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-Accent4">
    <w:name w:val="Colorful Grid -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-Accent5">
    <w:name w:val="Colorful Grid -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-Accent6">
    <w:name w:val="Colorful Grid -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686D9608"/>
    <w:rPr>
      <w:color w:val="0000FF"/>
      <w:u w:val="single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33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Julie.Barber@northyorks.gov.uk" TargetMode="External"/><Relationship Id="rId21" Type="http://schemas.openxmlformats.org/officeDocument/2006/relationships/hyperlink" Target="mailto:Kerry.Chapman@northyorks.gov.uk" TargetMode="External"/><Relationship Id="rId42" Type="http://schemas.openxmlformats.org/officeDocument/2006/relationships/hyperlink" Target="mailto:Callum.Foster@northyorks.gov.uk" TargetMode="External"/><Relationship Id="rId47" Type="http://schemas.openxmlformats.org/officeDocument/2006/relationships/hyperlink" Target="mailto:Hannah.Bateman@northyorks.gov.uk" TargetMode="External"/><Relationship Id="rId63" Type="http://schemas.openxmlformats.org/officeDocument/2006/relationships/hyperlink" Target="mailto:Helen.Sturt@northyorks.gov.uk" TargetMode="External"/><Relationship Id="rId68" Type="http://schemas.openxmlformats.org/officeDocument/2006/relationships/hyperlink" Target="mailto:Amie.Whitfield@northyorks.gov.uk" TargetMode="External"/><Relationship Id="rId84" Type="http://schemas.openxmlformats.org/officeDocument/2006/relationships/hyperlink" Target="mailto:Liz.Wilson@northyorks.gov.uk" TargetMode="External"/><Relationship Id="rId89" Type="http://schemas.openxmlformats.org/officeDocument/2006/relationships/hyperlink" Target="mailto:Amy.Foulerton@northyorks.gov.uk" TargetMode="External"/><Relationship Id="rId112" Type="http://schemas.openxmlformats.org/officeDocument/2006/relationships/theme" Target="theme/theme1.xml"/><Relationship Id="rId16" Type="http://schemas.openxmlformats.org/officeDocument/2006/relationships/hyperlink" Target="mailto:Olivia.Kelly@northyorks.gov.uk" TargetMode="External"/><Relationship Id="rId107" Type="http://schemas.openxmlformats.org/officeDocument/2006/relationships/footer" Target="footer1.xml"/><Relationship Id="rId11" Type="http://schemas.openxmlformats.org/officeDocument/2006/relationships/hyperlink" Target="mailto:Amanda.fielding@northyorks.gov.uk" TargetMode="External"/><Relationship Id="rId32" Type="http://schemas.openxmlformats.org/officeDocument/2006/relationships/hyperlink" Target="mailto:Charlotte.Rowbotham@northyorks.gov.uk" TargetMode="External"/><Relationship Id="rId37" Type="http://schemas.openxmlformats.org/officeDocument/2006/relationships/hyperlink" Target="mailto:Amy.Gallacher@northyorks.gov.uk" TargetMode="External"/><Relationship Id="rId53" Type="http://schemas.openxmlformats.org/officeDocument/2006/relationships/hyperlink" Target="mailto:Stacey.Gould@northyorks.gov.uk" TargetMode="External"/><Relationship Id="rId58" Type="http://schemas.openxmlformats.org/officeDocument/2006/relationships/hyperlink" Target="mailto:Jo.Collett@northyorks.gov.uk" TargetMode="External"/><Relationship Id="rId74" Type="http://schemas.openxmlformats.org/officeDocument/2006/relationships/hyperlink" Target="mailto:Elizabeth.Fawcett@northyorks.gov.uk" TargetMode="External"/><Relationship Id="rId79" Type="http://schemas.openxmlformats.org/officeDocument/2006/relationships/hyperlink" Target="mailto:Claire.Forth@northyorks.gov.uk" TargetMode="External"/><Relationship Id="rId102" Type="http://schemas.openxmlformats.org/officeDocument/2006/relationships/hyperlink" Target="mailto:Karen.Hinks@northyorks.gov.uk" TargetMode="External"/><Relationship Id="rId5" Type="http://schemas.openxmlformats.org/officeDocument/2006/relationships/numbering" Target="numbering.xml"/><Relationship Id="rId90" Type="http://schemas.openxmlformats.org/officeDocument/2006/relationships/hyperlink" Target="mailto:Liane.Nixon@northyorks.gov.uk" TargetMode="External"/><Relationship Id="rId95" Type="http://schemas.openxmlformats.org/officeDocument/2006/relationships/hyperlink" Target="mailto:Claire.Blake@northyorks.gov.uk" TargetMode="External"/><Relationship Id="rId22" Type="http://schemas.openxmlformats.org/officeDocument/2006/relationships/hyperlink" Target="mailto:Rachel.Comerford@northyorks.gov.uk" TargetMode="External"/><Relationship Id="rId27" Type="http://schemas.openxmlformats.org/officeDocument/2006/relationships/hyperlink" Target="mailto:Ellie.Richards@northyorks.gov.uk" TargetMode="External"/><Relationship Id="rId43" Type="http://schemas.openxmlformats.org/officeDocument/2006/relationships/hyperlink" Target="mailto:Debra.Myers@northyorks.gov.uk" TargetMode="External"/><Relationship Id="rId48" Type="http://schemas.openxmlformats.org/officeDocument/2006/relationships/hyperlink" Target="mailto:Helen.Hunter@northyorks.gov.uk" TargetMode="External"/><Relationship Id="rId64" Type="http://schemas.openxmlformats.org/officeDocument/2006/relationships/hyperlink" Target="mailto:Judith.Farrar@northyorks.gov.uk" TargetMode="External"/><Relationship Id="rId69" Type="http://schemas.openxmlformats.org/officeDocument/2006/relationships/hyperlink" Target="mailto:Stephanie.Allport@northyorks.gov.uk" TargetMode="External"/><Relationship Id="rId80" Type="http://schemas.openxmlformats.org/officeDocument/2006/relationships/hyperlink" Target="mailto:Gabriella.Camerota@northyorks.gov.uk" TargetMode="External"/><Relationship Id="rId85" Type="http://schemas.openxmlformats.org/officeDocument/2006/relationships/hyperlink" Target="mailto:Rachael.Hussain@northyorks.gov.uk" TargetMode="External"/><Relationship Id="rId12" Type="http://schemas.openxmlformats.org/officeDocument/2006/relationships/hyperlink" Target="mailto:Louise.Wilson@northyorks.gov.uk" TargetMode="External"/><Relationship Id="rId17" Type="http://schemas.openxmlformats.org/officeDocument/2006/relationships/hyperlink" Target="mailto:CarolAnn.Howe@northyorks.gov.uk" TargetMode="External"/><Relationship Id="rId33" Type="http://schemas.openxmlformats.org/officeDocument/2006/relationships/hyperlink" Target="mailto:Katie.Heaven-Terry@northyorks.gov.uk" TargetMode="External"/><Relationship Id="rId38" Type="http://schemas.openxmlformats.org/officeDocument/2006/relationships/hyperlink" Target="mailto:Linda.Dalgliesh@northyorks.gov.uk" TargetMode="External"/><Relationship Id="rId59" Type="http://schemas.openxmlformats.org/officeDocument/2006/relationships/hyperlink" Target="mailto:Emma.Pollock@northyorks.gov.uk" TargetMode="External"/><Relationship Id="rId103" Type="http://schemas.openxmlformats.org/officeDocument/2006/relationships/hyperlink" Target="mailto:Chris.Reynolds@northyorks.gov.uk" TargetMode="External"/><Relationship Id="rId108" Type="http://schemas.openxmlformats.org/officeDocument/2006/relationships/footer" Target="footer2.xml"/><Relationship Id="rId54" Type="http://schemas.openxmlformats.org/officeDocument/2006/relationships/hyperlink" Target="mailto:Suzanne.Coon@northyorks.gov.uk" TargetMode="External"/><Relationship Id="rId70" Type="http://schemas.openxmlformats.org/officeDocument/2006/relationships/hyperlink" Target="mailto:Anna.Grant@northyorks.gov.uk" TargetMode="External"/><Relationship Id="rId75" Type="http://schemas.openxmlformats.org/officeDocument/2006/relationships/hyperlink" Target="mailto:Abigail.Savage@northyorks.gov.uk" TargetMode="External"/><Relationship Id="rId91" Type="http://schemas.openxmlformats.org/officeDocument/2006/relationships/hyperlink" Target="mailto:Katherine.Webb-Sear@northyorks.gov.uk" TargetMode="External"/><Relationship Id="rId96" Type="http://schemas.openxmlformats.org/officeDocument/2006/relationships/hyperlink" Target="mailto:Sarena.Everall@northyorks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Karen.Butler@northyorks.gov.uk" TargetMode="External"/><Relationship Id="rId23" Type="http://schemas.openxmlformats.org/officeDocument/2006/relationships/hyperlink" Target="mailto:Amanda.Millgate@northyorks.gov.uk" TargetMode="External"/><Relationship Id="rId28" Type="http://schemas.openxmlformats.org/officeDocument/2006/relationships/hyperlink" Target="mailto:Helen.Wilson1@northyorks.gov.uk" TargetMode="External"/><Relationship Id="rId36" Type="http://schemas.openxmlformats.org/officeDocument/2006/relationships/hyperlink" Target="mailto:Bethna.Benfield@northyorks.gov.uk" TargetMode="External"/><Relationship Id="rId49" Type="http://schemas.openxmlformats.org/officeDocument/2006/relationships/hyperlink" Target="mailto:Joanne.Wharton@northyorks.gov.uk" TargetMode="External"/><Relationship Id="rId57" Type="http://schemas.openxmlformats.org/officeDocument/2006/relationships/hyperlink" Target="mailto:Zoe.Green@northyorks.gov.uk" TargetMode="External"/><Relationship Id="rId106" Type="http://schemas.openxmlformats.org/officeDocument/2006/relationships/header" Target="header2.xml"/><Relationship Id="rId10" Type="http://schemas.openxmlformats.org/officeDocument/2006/relationships/endnotes" Target="endnotes.xml"/><Relationship Id="rId31" Type="http://schemas.openxmlformats.org/officeDocument/2006/relationships/hyperlink" Target="mailto:Amelia.Formstone@northyorks.gov.uk" TargetMode="External"/><Relationship Id="rId44" Type="http://schemas.openxmlformats.org/officeDocument/2006/relationships/hyperlink" Target="mailto:Emma.Allison@northyorks.gov.uk" TargetMode="External"/><Relationship Id="rId52" Type="http://schemas.openxmlformats.org/officeDocument/2006/relationships/hyperlink" Target="mailto:Olivia.Richards@northyorks.gov.uk" TargetMode="External"/><Relationship Id="rId60" Type="http://schemas.openxmlformats.org/officeDocument/2006/relationships/hyperlink" Target="mailto:Carol.Moxon@northyorks.gov.uk" TargetMode="External"/><Relationship Id="rId65" Type="http://schemas.openxmlformats.org/officeDocument/2006/relationships/hyperlink" Target="mailto:Tracy.Ashton@northyorks.gov.uk" TargetMode="External"/><Relationship Id="rId73" Type="http://schemas.openxmlformats.org/officeDocument/2006/relationships/hyperlink" Target="mailto:Mary.White2@northyorks.gov.uk" TargetMode="External"/><Relationship Id="rId78" Type="http://schemas.openxmlformats.org/officeDocument/2006/relationships/hyperlink" Target="mailto:Mandy.Ewers@northyorks.gov.uk" TargetMode="External"/><Relationship Id="rId81" Type="http://schemas.openxmlformats.org/officeDocument/2006/relationships/hyperlink" Target="mailto:Stephanie.Siddaway@northyorks.gov.uk" TargetMode="External"/><Relationship Id="rId86" Type="http://schemas.openxmlformats.org/officeDocument/2006/relationships/hyperlink" Target="mailto:Stephanie.Payne@northyorks.gov.uk" TargetMode="External"/><Relationship Id="rId94" Type="http://schemas.openxmlformats.org/officeDocument/2006/relationships/hyperlink" Target="mailto:Rob.Larmour@northyorks.gov.uk" TargetMode="External"/><Relationship Id="rId99" Type="http://schemas.openxmlformats.org/officeDocument/2006/relationships/hyperlink" Target="mailto:Julie.Broome@northyorks.gov.uk" TargetMode="External"/><Relationship Id="rId101" Type="http://schemas.openxmlformats.org/officeDocument/2006/relationships/hyperlink" Target="mailto:Tracy.Carruthers@northyorks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Julie.Pattison@northyorks.gov.uk" TargetMode="External"/><Relationship Id="rId18" Type="http://schemas.openxmlformats.org/officeDocument/2006/relationships/hyperlink" Target="mailto:Amanda.Morphet@northyorks.gov,uk" TargetMode="External"/><Relationship Id="rId39" Type="http://schemas.openxmlformats.org/officeDocument/2006/relationships/hyperlink" Target="mailto:Kerry.Barber@northyorks.gov.uk" TargetMode="External"/><Relationship Id="rId109" Type="http://schemas.openxmlformats.org/officeDocument/2006/relationships/header" Target="header3.xml"/><Relationship Id="rId34" Type="http://schemas.openxmlformats.org/officeDocument/2006/relationships/hyperlink" Target="mailto:Emma.Gilmer@northyorks.gov.uk" TargetMode="External"/><Relationship Id="rId50" Type="http://schemas.openxmlformats.org/officeDocument/2006/relationships/hyperlink" Target="mailto:Katy.Andrews@northyorks.gov.uk" TargetMode="External"/><Relationship Id="rId55" Type="http://schemas.openxmlformats.org/officeDocument/2006/relationships/hyperlink" Target="mailto:Tracy.Johnson-Hughes@northyorks.gov.uk" TargetMode="External"/><Relationship Id="rId76" Type="http://schemas.openxmlformats.org/officeDocument/2006/relationships/hyperlink" Target="mailto:Victoria.Julian@northyorks.gov.uk" TargetMode="External"/><Relationship Id="rId97" Type="http://schemas.openxmlformats.org/officeDocument/2006/relationships/hyperlink" Target="mailto:Jeanne.Taylor@northyorks.gov.uk" TargetMode="External"/><Relationship Id="rId104" Type="http://schemas.openxmlformats.org/officeDocument/2006/relationships/hyperlink" Target="mailto:Helen.Hodgson@northyorks.gov.uk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Michelle.Smith@northyorks.gov.uk" TargetMode="External"/><Relationship Id="rId92" Type="http://schemas.openxmlformats.org/officeDocument/2006/relationships/hyperlink" Target="mailto:Hayley.Firth@northyorks.gov.uk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Katie.Collins@northyorks.gov.uk" TargetMode="External"/><Relationship Id="rId24" Type="http://schemas.openxmlformats.org/officeDocument/2006/relationships/hyperlink" Target="mailto:Lisa.Masterton@northyorks.gov.uk" TargetMode="External"/><Relationship Id="rId40" Type="http://schemas.openxmlformats.org/officeDocument/2006/relationships/hyperlink" Target="mailto:Lisa.Bairstow@northyorks.gov.uk" TargetMode="External"/><Relationship Id="rId45" Type="http://schemas.openxmlformats.org/officeDocument/2006/relationships/hyperlink" Target="mailto:Emma.Jones@northyorks.gov.uk" TargetMode="External"/><Relationship Id="rId66" Type="http://schemas.openxmlformats.org/officeDocument/2006/relationships/hyperlink" Target="mailto:Laura.Henry@northyorks.gov.uk" TargetMode="External"/><Relationship Id="rId87" Type="http://schemas.openxmlformats.org/officeDocument/2006/relationships/hyperlink" Target="mailto:Alice.Minett@northyorks.gov.uk" TargetMode="External"/><Relationship Id="rId110" Type="http://schemas.openxmlformats.org/officeDocument/2006/relationships/footer" Target="footer3.xml"/><Relationship Id="rId61" Type="http://schemas.openxmlformats.org/officeDocument/2006/relationships/hyperlink" Target="mailto:Catherine.Baranyai@northyorks.gov.uk" TargetMode="External"/><Relationship Id="rId82" Type="http://schemas.openxmlformats.org/officeDocument/2006/relationships/hyperlink" Target="mailto:Lyndsey.Long@northyorks.gov.uk" TargetMode="External"/><Relationship Id="rId19" Type="http://schemas.openxmlformats.org/officeDocument/2006/relationships/hyperlink" Target="mailto:Amy.crisp@northyorks.gov.uk" TargetMode="External"/><Relationship Id="rId14" Type="http://schemas.openxmlformats.org/officeDocument/2006/relationships/hyperlink" Target="mailto:Jonathan.Norden@northyorks.gov.uk" TargetMode="External"/><Relationship Id="rId30" Type="http://schemas.openxmlformats.org/officeDocument/2006/relationships/hyperlink" Target="mailto:Cameron.Beattie@northyorks.gov.uk" TargetMode="External"/><Relationship Id="rId35" Type="http://schemas.openxmlformats.org/officeDocument/2006/relationships/hyperlink" Target="mailto:Susan.Issatt@northyorks.gov.uk" TargetMode="External"/><Relationship Id="rId56" Type="http://schemas.openxmlformats.org/officeDocument/2006/relationships/hyperlink" Target="mailto:Vicky.Ellis-Whitaker@northyorks.gov.uk" TargetMode="External"/><Relationship Id="rId77" Type="http://schemas.openxmlformats.org/officeDocument/2006/relationships/hyperlink" Target="mailto:Alison.Smith2@northyorks.gov.uk" TargetMode="External"/><Relationship Id="rId100" Type="http://schemas.openxmlformats.org/officeDocument/2006/relationships/hyperlink" Target="mailto:Susan.Haley@northyorks.gov.uk" TargetMode="External"/><Relationship Id="rId105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mailto:Laura.Bolton@northyorks.gov.uk" TargetMode="External"/><Relationship Id="rId72" Type="http://schemas.openxmlformats.org/officeDocument/2006/relationships/hyperlink" Target="mailto:Elisabeth.Graham-Bell@northyorks.gov.uk" TargetMode="External"/><Relationship Id="rId93" Type="http://schemas.openxmlformats.org/officeDocument/2006/relationships/hyperlink" Target="mailto:Louise.Reid@northyorks.gov.uk" TargetMode="External"/><Relationship Id="rId98" Type="http://schemas.openxmlformats.org/officeDocument/2006/relationships/hyperlink" Target="mailto:Jayne.Broady@northyorks.gov.uk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Alice.Minett@northyorks.gov.uk" TargetMode="External"/><Relationship Id="rId46" Type="http://schemas.openxmlformats.org/officeDocument/2006/relationships/hyperlink" Target="mailto:Felicity.Fearn@northyorks.gov.uk" TargetMode="External"/><Relationship Id="rId67" Type="http://schemas.openxmlformats.org/officeDocument/2006/relationships/hyperlink" Target="mailto:Joanne.Barnard@northyorks.gov.uk" TargetMode="External"/><Relationship Id="rId20" Type="http://schemas.openxmlformats.org/officeDocument/2006/relationships/hyperlink" Target="mailto:Lynne.Kilford@northyorks.gov.uk" TargetMode="External"/><Relationship Id="rId41" Type="http://schemas.openxmlformats.org/officeDocument/2006/relationships/hyperlink" Target="mailto:Amancay.Topping@northyorks.gov.uk" TargetMode="External"/><Relationship Id="rId62" Type="http://schemas.openxmlformats.org/officeDocument/2006/relationships/hyperlink" Target="mailto:Julia.Stega@northyorks.gov.uk" TargetMode="External"/><Relationship Id="rId83" Type="http://schemas.openxmlformats.org/officeDocument/2006/relationships/hyperlink" Target="mailto:Elizabeth.Hodkin@northyorks.gov.uk" TargetMode="External"/><Relationship Id="rId88" Type="http://schemas.openxmlformats.org/officeDocument/2006/relationships/hyperlink" Target="mailto:Suzanne.Roberts@northyorks.gov.uk" TargetMode="External"/><Relationship Id="rId11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207D90F202A4C8B6C666A5796451F" ma:contentTypeVersion="7" ma:contentTypeDescription="Create a new document." ma:contentTypeScope="" ma:versionID="5faf0a087e25d5ede0881f88772dc485">
  <xsd:schema xmlns:xsd="http://www.w3.org/2001/XMLSchema" xmlns:xs="http://www.w3.org/2001/XMLSchema" xmlns:p="http://schemas.microsoft.com/office/2006/metadata/properties" xmlns:ns2="bb5bd3af-a3df-4fe6-8278-620cc7c60711" targetNamespace="http://schemas.microsoft.com/office/2006/metadata/properties" ma:root="true" ma:fieldsID="37b35b29355fb7dd4b7d1e0a1b00e7e6" ns2:_="">
    <xsd:import namespace="bb5bd3af-a3df-4fe6-8278-620cc7c607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bd3af-a3df-4fe6-8278-620cc7c60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EBE40A-39BB-444D-9944-3459C33C2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bd3af-a3df-4fe6-8278-620cc7c60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83DA8-F8E5-4B33-B14B-8FC798769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BE313-03A3-4611-BC63-FC661C521E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1880</Words>
  <Characters>10722</Characters>
  <Application>Microsoft Office Word</Application>
  <DocSecurity>0</DocSecurity>
  <Lines>89</Lines>
  <Paragraphs>25</Paragraphs>
  <ScaleCrop>false</ScaleCrop>
  <Manager/>
  <Company/>
  <LinksUpToDate>false</LinksUpToDate>
  <CharactersWithSpaces>12577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Chapman</dc:creator>
  <cp:keywords/>
  <dc:description>generated by python-docx</dc:description>
  <cp:lastModifiedBy>Lisa Cowley</cp:lastModifiedBy>
  <cp:revision>2</cp:revision>
  <dcterms:created xsi:type="dcterms:W3CDTF">2026-09-08T06:19:00Z</dcterms:created>
  <dcterms:modified xsi:type="dcterms:W3CDTF">2026-09-08T06:19:00Z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2026-08-18T12:37:05Z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5233fc9e-8b15-4ad3-8cda-07eb3ff4e9c6</vt:lpwstr>
  </property>
  <property fmtid="{D5CDD505-2E9C-101B-9397-08002B2CF9AE}" pid="8" name="MSIP_Label_3ecdfc32-7be5-4b17-9f97-00453388bdd7_ContentBits">
    <vt:lpwstr>0</vt:lpwstr>
  </property>
  <property fmtid="{D5CDD505-2E9C-101B-9397-08002B2CF9AE}" pid="9" name="ContentTypeId">
    <vt:lpwstr>0x010100F68207D90F202A4C8B6C666A5796451F</vt:lpwstr>
  </property>
  <property fmtid="{D5CDD505-2E9C-101B-9397-08002B2CF9AE}" pid="10" name="docLang">
    <vt:lpwstr>en</vt:lpwstr>
  </property>
</Properties>
</file>